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DA9" w:rsidRPr="0046064C" w:rsidRDefault="00B95DA9" w:rsidP="00B95DA9">
      <w:pPr>
        <w:jc w:val="right"/>
        <w:rPr>
          <w:lang w:val="ru-RU"/>
        </w:rPr>
      </w:pPr>
      <w:r w:rsidRPr="0046064C">
        <w:rPr>
          <w:b/>
          <w:lang w:val="ru-RU"/>
        </w:rPr>
        <w:t>УТВЕРЖДЕН</w:t>
      </w:r>
      <w:r w:rsidRPr="0046064C">
        <w:rPr>
          <w:b/>
          <w:lang w:val="ru-RU"/>
        </w:rPr>
        <w:br/>
      </w:r>
      <w:r>
        <w:rPr>
          <w:lang w:val="ru-RU"/>
        </w:rPr>
        <w:t xml:space="preserve">приказом </w:t>
      </w:r>
      <w:r w:rsidR="00192CA6">
        <w:rPr>
          <w:lang w:val="ru-RU"/>
        </w:rPr>
        <w:t xml:space="preserve"> </w:t>
      </w:r>
      <w:r>
        <w:rPr>
          <w:lang w:val="ru-RU"/>
        </w:rPr>
        <w:t>Основной школы № 39</w:t>
      </w:r>
      <w:r w:rsidRPr="0046064C">
        <w:rPr>
          <w:lang w:val="ru-RU"/>
        </w:rPr>
        <w:br/>
        <w:t>от «</w:t>
      </w:r>
      <w:r w:rsidR="00192CA6">
        <w:rPr>
          <w:lang w:val="ru-RU"/>
        </w:rPr>
        <w:t>01</w:t>
      </w:r>
      <w:r w:rsidRPr="0046064C">
        <w:rPr>
          <w:lang w:val="ru-RU"/>
        </w:rPr>
        <w:t xml:space="preserve">» </w:t>
      </w:r>
      <w:r w:rsidR="00192CA6">
        <w:rPr>
          <w:lang w:val="ru-RU"/>
        </w:rPr>
        <w:t xml:space="preserve">сентября </w:t>
      </w:r>
      <w:r w:rsidRPr="0046064C">
        <w:rPr>
          <w:lang w:val="ru-RU"/>
        </w:rPr>
        <w:t xml:space="preserve"> 2026 г. № </w:t>
      </w:r>
      <w:r w:rsidR="009B703A">
        <w:rPr>
          <w:lang w:val="ru-RU"/>
        </w:rPr>
        <w:t>105/5</w:t>
      </w:r>
      <w:bookmarkStart w:id="0" w:name="_GoBack"/>
      <w:bookmarkEnd w:id="0"/>
    </w:p>
    <w:p w:rsidR="00726B0A" w:rsidRPr="00442AA4" w:rsidRDefault="000C4DE0">
      <w:pPr>
        <w:spacing w:before="320"/>
        <w:jc w:val="center"/>
        <w:rPr>
          <w:lang w:val="ru-RU"/>
        </w:rPr>
      </w:pPr>
      <w:r w:rsidRPr="00442AA4">
        <w:rPr>
          <w:b/>
          <w:sz w:val="28"/>
          <w:lang w:val="ru-RU"/>
        </w:rPr>
        <w:t>КАЛЕНДАРНЫЙ ПЛАН</w:t>
      </w:r>
      <w:r w:rsidRPr="00442AA4">
        <w:rPr>
          <w:b/>
          <w:sz w:val="28"/>
          <w:lang w:val="ru-RU"/>
        </w:rPr>
        <w:br/>
        <w:t>ВОСПИТАТЕЛЬНОЙ РАБОТЫ</w:t>
      </w:r>
      <w:r w:rsidRPr="00442AA4">
        <w:rPr>
          <w:b/>
          <w:sz w:val="28"/>
          <w:lang w:val="ru-RU"/>
        </w:rPr>
        <w:br/>
        <w:t>НА 2026/2027 УЧЕБНЫЙ ГОД</w:t>
      </w:r>
      <w:r w:rsidRPr="00442AA4">
        <w:rPr>
          <w:b/>
          <w:sz w:val="28"/>
          <w:lang w:val="ru-RU"/>
        </w:rPr>
        <w:br/>
        <w:t>НА УРОВНЕ ОСНОВНОГО ОБЩЕГО ОБРАЗОВАНИЯ</w:t>
      </w:r>
      <w:r w:rsidRPr="00442AA4">
        <w:rPr>
          <w:b/>
          <w:sz w:val="28"/>
          <w:lang w:val="ru-RU"/>
        </w:rPr>
        <w:br/>
      </w:r>
    </w:p>
    <w:p w:rsidR="00726B0A" w:rsidRPr="00442AA4" w:rsidRDefault="000C4DE0">
      <w:pPr>
        <w:jc w:val="both"/>
        <w:rPr>
          <w:lang w:val="ru-RU"/>
        </w:rPr>
      </w:pPr>
      <w:r w:rsidRPr="00442AA4">
        <w:rPr>
          <w:lang w:val="ru-RU"/>
        </w:rPr>
        <w:t>Календарный план воспитательной работы является частью рабочей программы воспитания основной образовательной программы основного общего образования. Он конкретизирует содержание инвариантных и вариативных модулей, определяет основные дела, события, мероприятия, сроки их реализации, состав участников и ответственных исполнителей. План разработан с учётом федеральной образовательной программы начального общего образования, федеральной рабочей программы воспитания, календарного учебного графика и Примерного календаря образовательных событий и памятных дат на 2026/2027 учебный год (версия 3.1 от 08.06.2026). Сентябрь–декабрь относятся к 2026 году, январь–май — к 2027 году. Мероприятия Года единства народов России проводятся в 2026 году. В 2027 году продолжается системная работа по укреплению общероссийской гражданской идентичности, межнационального согласия и уважения к культуре народов России.</w:t>
      </w:r>
    </w:p>
    <w:p w:rsidR="00726B0A" w:rsidRPr="00442AA4" w:rsidRDefault="000C4DE0">
      <w:pPr>
        <w:jc w:val="both"/>
        <w:rPr>
          <w:lang w:val="ru-RU"/>
        </w:rPr>
      </w:pPr>
      <w:r w:rsidRPr="00442AA4">
        <w:rPr>
          <w:b/>
          <w:lang w:val="ru-RU"/>
        </w:rPr>
        <w:t xml:space="preserve">Особенности периода: </w:t>
      </w:r>
      <w:r w:rsidRPr="00442AA4">
        <w:rPr>
          <w:lang w:val="ru-RU"/>
        </w:rPr>
        <w:t>2017–2027 годы — Десятилетие детства; 2022–2031 годы — Десятилетие науки и технологий в России; 2026 год — Год единства народов России. Обозначение 2027 года как Года географии используется только после официального утверждения соответствующего решения.</w:t>
      </w:r>
    </w:p>
    <w:p w:rsidR="00726B0A" w:rsidRDefault="000C4DE0">
      <w:pPr>
        <w:pStyle w:val="1"/>
      </w:pPr>
      <w:r>
        <w:t>Нормативная основа</w:t>
      </w:r>
    </w:p>
    <w:p w:rsidR="00726B0A" w:rsidRPr="00442AA4" w:rsidRDefault="000C4DE0">
      <w:pPr>
        <w:pStyle w:val="a0"/>
        <w:rPr>
          <w:lang w:val="ru-RU"/>
        </w:rPr>
      </w:pPr>
      <w:r w:rsidRPr="00442AA4">
        <w:rPr>
          <w:lang w:val="ru-RU"/>
        </w:rPr>
        <w:t>Федеральный закон от 29.12.2012 № 273-ФЗ «Об образовании в Российской Федерации» (в действующей редакции).</w:t>
      </w:r>
    </w:p>
    <w:p w:rsidR="00726B0A" w:rsidRPr="00442AA4" w:rsidRDefault="000C4DE0">
      <w:pPr>
        <w:pStyle w:val="a0"/>
        <w:rPr>
          <w:lang w:val="ru-RU"/>
        </w:rPr>
      </w:pPr>
      <w:r w:rsidRPr="00442AA4">
        <w:rPr>
          <w:lang w:val="ru-RU"/>
        </w:rPr>
        <w:t>Федеральный государственный образовательный стандарт основного общего образования, утверждённый приказом Минпросвещения России от 31.05.2021 № 287 (в действующей редакции).</w:t>
      </w:r>
    </w:p>
    <w:p w:rsidR="00726B0A" w:rsidRPr="00442AA4" w:rsidRDefault="000C4DE0">
      <w:pPr>
        <w:pStyle w:val="a0"/>
        <w:rPr>
          <w:lang w:val="ru-RU"/>
        </w:rPr>
      </w:pPr>
      <w:r w:rsidRPr="00442AA4">
        <w:rPr>
          <w:lang w:val="ru-RU"/>
        </w:rPr>
        <w:t>Федеральная образовательная программа основного общего образования, утверждённая приказом Минпросвещения России от 18.05.2023 № 370 (в действующей редакции).</w:t>
      </w:r>
    </w:p>
    <w:p w:rsidR="00726B0A" w:rsidRPr="00442AA4" w:rsidRDefault="000C4DE0">
      <w:pPr>
        <w:pStyle w:val="a0"/>
        <w:rPr>
          <w:lang w:val="ru-RU"/>
        </w:rPr>
      </w:pPr>
      <w:r w:rsidRPr="00442AA4">
        <w:rPr>
          <w:lang w:val="ru-RU"/>
        </w:rPr>
        <w:t>Федеральная рабочая программа воспитания и федеральный календарный план воспитательной работы, включённые в ФОП ООО.</w:t>
      </w:r>
    </w:p>
    <w:p w:rsidR="00726B0A" w:rsidRPr="00442AA4" w:rsidRDefault="000C4DE0">
      <w:pPr>
        <w:pStyle w:val="a0"/>
        <w:rPr>
          <w:lang w:val="ru-RU"/>
        </w:rPr>
      </w:pPr>
      <w:r w:rsidRPr="00442AA4">
        <w:rPr>
          <w:lang w:val="ru-RU"/>
        </w:rPr>
        <w:t>Порядок организации и осуществления образовательной деятельности по основным общеобразовательным программам — в редакции, действующей в 2026/2027 учебном году.</w:t>
      </w:r>
    </w:p>
    <w:p w:rsidR="00726B0A" w:rsidRPr="00442AA4" w:rsidRDefault="000C4DE0">
      <w:pPr>
        <w:pStyle w:val="a0"/>
        <w:rPr>
          <w:lang w:val="ru-RU"/>
        </w:rPr>
      </w:pPr>
      <w:r w:rsidRPr="00442AA4">
        <w:rPr>
          <w:lang w:val="ru-RU"/>
        </w:rPr>
        <w:t>Санитарные правила и гигиенические нормативы, действующие в 2026/2027 учебном году.</w:t>
      </w:r>
    </w:p>
    <w:p w:rsidR="00726B0A" w:rsidRPr="00442AA4" w:rsidRDefault="000C4DE0">
      <w:pPr>
        <w:pStyle w:val="a0"/>
        <w:rPr>
          <w:lang w:val="ru-RU"/>
        </w:rPr>
      </w:pPr>
      <w:r w:rsidRPr="00442AA4">
        <w:rPr>
          <w:lang w:val="ru-RU"/>
        </w:rPr>
        <w:t>Стратегия комплексной безопасности детей в Российской Федерации на период до 2030 года.</w:t>
      </w:r>
    </w:p>
    <w:p w:rsidR="00726B0A" w:rsidRPr="00442AA4" w:rsidRDefault="000C4DE0">
      <w:pPr>
        <w:pStyle w:val="a0"/>
        <w:rPr>
          <w:lang w:val="ru-RU"/>
        </w:rPr>
      </w:pPr>
      <w:r w:rsidRPr="00442AA4">
        <w:rPr>
          <w:lang w:val="ru-RU"/>
        </w:rPr>
        <w:t>Нормативные и методические документы по использованию государственной символики в образовательных организациях.</w:t>
      </w:r>
    </w:p>
    <w:p w:rsidR="00726B0A" w:rsidRPr="00442AA4" w:rsidRDefault="000C4DE0">
      <w:pPr>
        <w:pStyle w:val="a0"/>
        <w:rPr>
          <w:lang w:val="ru-RU"/>
        </w:rPr>
      </w:pPr>
      <w:r w:rsidRPr="00442AA4">
        <w:rPr>
          <w:lang w:val="ru-RU"/>
        </w:rPr>
        <w:t>Основная образовательная программа НОО, рабочая программа воспитания, календарный учебный график и локальные нормативные акты [полное наименование образовательной организации].</w:t>
      </w:r>
    </w:p>
    <w:p w:rsidR="00726B0A" w:rsidRPr="00442AA4" w:rsidRDefault="000C4DE0">
      <w:pPr>
        <w:pStyle w:val="1"/>
        <w:rPr>
          <w:lang w:val="ru-RU"/>
        </w:rPr>
      </w:pPr>
      <w:r w:rsidRPr="00442AA4">
        <w:rPr>
          <w:lang w:val="ru-RU"/>
        </w:rPr>
        <w:t>Календарный план по модулям</w:t>
      </w:r>
    </w:p>
    <w:p w:rsidR="00726B0A" w:rsidRPr="00442AA4" w:rsidRDefault="000C4DE0">
      <w:pPr>
        <w:spacing w:before="180" w:after="80"/>
        <w:jc w:val="center"/>
        <w:rPr>
          <w:lang w:val="ru-RU"/>
        </w:rPr>
      </w:pPr>
      <w:r w:rsidRPr="00442AA4">
        <w:rPr>
          <w:b/>
          <w:sz w:val="22"/>
          <w:lang w:val="ru-RU"/>
        </w:rPr>
        <w:t>МОДУЛЬ «УРОЧНАЯ ДЕЯТЕЛЬНОСТЬ»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765"/>
        <w:gridCol w:w="1928"/>
        <w:gridCol w:w="2580"/>
      </w:tblGrid>
      <w:tr w:rsidR="00726B0A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Дела, события, мероприятия</w:t>
            </w:r>
          </w:p>
        </w:tc>
        <w:tc>
          <w:tcPr>
            <w:tcW w:w="765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Классы</w:t>
            </w:r>
          </w:p>
        </w:tc>
        <w:tc>
          <w:tcPr>
            <w:tcW w:w="1928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Сроки реализации</w:t>
            </w:r>
          </w:p>
        </w:tc>
        <w:tc>
          <w:tcPr>
            <w:tcW w:w="2580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Ответственные исполнители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442AA4" w:rsidRDefault="000C4DE0">
            <w:pPr>
              <w:rPr>
                <w:lang w:val="ru-RU"/>
              </w:rPr>
            </w:pPr>
            <w:r w:rsidRPr="00442AA4">
              <w:rPr>
                <w:sz w:val="16"/>
                <w:lang w:val="ru-RU"/>
              </w:rPr>
              <w:t>Использование воспитательного потенциала содержания учебных предметов для формирования уважения к семье, труду, Отечеству, культуре и природе России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В течение учебного года</w:t>
            </w:r>
          </w:p>
        </w:tc>
        <w:tc>
          <w:tcPr>
            <w:tcW w:w="2580" w:type="dxa"/>
            <w:vAlign w:val="center"/>
          </w:tcPr>
          <w:p w:rsidR="00726B0A" w:rsidRPr="00442AA4" w:rsidRDefault="000C4DE0">
            <w:pPr>
              <w:rPr>
                <w:lang w:val="ru-RU"/>
              </w:rPr>
            </w:pPr>
            <w:r w:rsidRPr="00442AA4">
              <w:rPr>
                <w:sz w:val="16"/>
                <w:lang w:val="ru-RU"/>
              </w:rPr>
              <w:t>Учителя основной школы; учителя-предметники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442AA4" w:rsidRDefault="000C4DE0">
            <w:pPr>
              <w:rPr>
                <w:lang w:val="ru-RU"/>
              </w:rPr>
            </w:pPr>
            <w:r w:rsidRPr="00442AA4">
              <w:rPr>
                <w:sz w:val="16"/>
                <w:lang w:val="ru-RU"/>
              </w:rPr>
              <w:t xml:space="preserve">Тематические учебные занятия «Государственные символы </w:t>
            </w:r>
            <w:r w:rsidRPr="00442AA4">
              <w:rPr>
                <w:sz w:val="16"/>
                <w:lang w:val="ru-RU"/>
              </w:rPr>
              <w:lastRenderedPageBreak/>
              <w:t>России»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lastRenderedPageBreak/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 xml:space="preserve">Сентябрь 2026 года; </w:t>
            </w:r>
            <w:r>
              <w:rPr>
                <w:sz w:val="16"/>
              </w:rPr>
              <w:lastRenderedPageBreak/>
              <w:t>декабрь 2026 года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lastRenderedPageBreak/>
              <w:t>Учителя основной школы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442AA4" w:rsidRDefault="000C4DE0">
            <w:pPr>
              <w:rPr>
                <w:lang w:val="ru-RU"/>
              </w:rPr>
            </w:pPr>
            <w:r w:rsidRPr="00442AA4">
              <w:rPr>
                <w:sz w:val="16"/>
                <w:lang w:val="ru-RU"/>
              </w:rPr>
              <w:lastRenderedPageBreak/>
              <w:t>Интеграция материалов Года единства народов России: языки, традиции, культура и общая история народов страны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Сентябрь–декабрь 2026 года</w:t>
            </w:r>
          </w:p>
        </w:tc>
        <w:tc>
          <w:tcPr>
            <w:tcW w:w="2580" w:type="dxa"/>
            <w:vAlign w:val="center"/>
          </w:tcPr>
          <w:p w:rsidR="00726B0A" w:rsidRPr="00442AA4" w:rsidRDefault="000C4DE0">
            <w:pPr>
              <w:rPr>
                <w:lang w:val="ru-RU"/>
              </w:rPr>
            </w:pPr>
            <w:r w:rsidRPr="00442AA4">
              <w:rPr>
                <w:sz w:val="16"/>
                <w:lang w:val="ru-RU"/>
              </w:rPr>
              <w:t>Учителя основной школы; учитель музыки; учитель изобразительного искусства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442AA4" w:rsidRDefault="000C4DE0">
            <w:pPr>
              <w:rPr>
                <w:lang w:val="ru-RU"/>
              </w:rPr>
            </w:pPr>
            <w:r w:rsidRPr="00442AA4">
              <w:rPr>
                <w:sz w:val="16"/>
                <w:lang w:val="ru-RU"/>
              </w:rPr>
              <w:t>Урок памяти ко Дню окончания Второй мировой войны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7–9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02.09.2026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Учителя основной школы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442AA4" w:rsidRDefault="000C4DE0">
            <w:pPr>
              <w:rPr>
                <w:lang w:val="ru-RU"/>
              </w:rPr>
            </w:pPr>
            <w:r w:rsidRPr="00442AA4">
              <w:rPr>
                <w:sz w:val="16"/>
                <w:lang w:val="ru-RU"/>
              </w:rPr>
              <w:t>Урок гражданской ответственности ко Дню солидарности в борьбе с терроризмом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7–9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03.09.2026</w:t>
            </w:r>
          </w:p>
        </w:tc>
        <w:tc>
          <w:tcPr>
            <w:tcW w:w="2580" w:type="dxa"/>
            <w:vAlign w:val="center"/>
          </w:tcPr>
          <w:p w:rsidR="00726B0A" w:rsidRPr="00442AA4" w:rsidRDefault="000C4DE0">
            <w:pPr>
              <w:rPr>
                <w:lang w:val="ru-RU"/>
              </w:rPr>
            </w:pPr>
            <w:r w:rsidRPr="00442AA4">
              <w:rPr>
                <w:sz w:val="16"/>
                <w:lang w:val="ru-RU"/>
              </w:rPr>
              <w:t>Учителя основной школы; социальный педагог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442AA4" w:rsidRDefault="000C4DE0">
            <w:pPr>
              <w:rPr>
                <w:lang w:val="ru-RU"/>
              </w:rPr>
            </w:pPr>
            <w:r w:rsidRPr="00442AA4">
              <w:rPr>
                <w:sz w:val="16"/>
                <w:lang w:val="ru-RU"/>
              </w:rPr>
              <w:t>Тематические задания к Международному дню распространения грамотности и Дню языков народов России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08.09.2026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Учителя основной школы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442AA4" w:rsidRDefault="000C4DE0">
            <w:pPr>
              <w:rPr>
                <w:lang w:val="ru-RU"/>
              </w:rPr>
            </w:pPr>
            <w:r w:rsidRPr="00442AA4">
              <w:rPr>
                <w:sz w:val="16"/>
                <w:lang w:val="ru-RU"/>
              </w:rPr>
              <w:t>Музыкально-познавательный урок к 120-летию со дня рождения Д. Д. Шостаковича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6–9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25.09.2026</w:t>
            </w:r>
          </w:p>
        </w:tc>
        <w:tc>
          <w:tcPr>
            <w:tcW w:w="2580" w:type="dxa"/>
            <w:vAlign w:val="center"/>
          </w:tcPr>
          <w:p w:rsidR="00726B0A" w:rsidRPr="00442AA4" w:rsidRDefault="000C4DE0">
            <w:pPr>
              <w:rPr>
                <w:lang w:val="ru-RU"/>
              </w:rPr>
            </w:pPr>
            <w:r w:rsidRPr="00442AA4">
              <w:rPr>
                <w:sz w:val="16"/>
                <w:lang w:val="ru-RU"/>
              </w:rPr>
              <w:t>Учитель музыки; учителя основной школы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442AA4" w:rsidRDefault="000C4DE0">
            <w:pPr>
              <w:rPr>
                <w:lang w:val="ru-RU"/>
              </w:rPr>
            </w:pPr>
            <w:r w:rsidRPr="00442AA4">
              <w:rPr>
                <w:sz w:val="16"/>
                <w:lang w:val="ru-RU"/>
              </w:rPr>
              <w:t>Литературно-словарные задания к 225-летию со дня рождения В. И. Даля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6–9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20–23.11.2026</w:t>
            </w:r>
          </w:p>
        </w:tc>
        <w:tc>
          <w:tcPr>
            <w:tcW w:w="2580" w:type="dxa"/>
            <w:vAlign w:val="center"/>
          </w:tcPr>
          <w:p w:rsidR="00726B0A" w:rsidRPr="00442AA4" w:rsidRDefault="000C4DE0">
            <w:pPr>
              <w:rPr>
                <w:lang w:val="ru-RU"/>
              </w:rPr>
            </w:pPr>
            <w:r w:rsidRPr="00442AA4">
              <w:rPr>
                <w:sz w:val="16"/>
                <w:lang w:val="ru-RU"/>
              </w:rPr>
              <w:t>Учителя основной школы; школьный библиотекарь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442AA4" w:rsidRDefault="000C4DE0">
            <w:pPr>
              <w:rPr>
                <w:lang w:val="ru-RU"/>
              </w:rPr>
            </w:pPr>
            <w:r w:rsidRPr="00442AA4">
              <w:rPr>
                <w:sz w:val="16"/>
                <w:lang w:val="ru-RU"/>
              </w:rPr>
              <w:t>Познавательное занятие к 315-летию со дня рождения М. В. Ломоносова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7–9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19.11.2026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Учителя основной школы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442AA4" w:rsidRDefault="000C4DE0">
            <w:pPr>
              <w:rPr>
                <w:lang w:val="ru-RU"/>
              </w:rPr>
            </w:pPr>
            <w:r w:rsidRPr="00442AA4">
              <w:rPr>
                <w:sz w:val="16"/>
                <w:lang w:val="ru-RU"/>
              </w:rPr>
              <w:t>Урок изобразительного искусства к 195-летию со дня рождения И. И. Шишкина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25.01.2027</w:t>
            </w:r>
          </w:p>
        </w:tc>
        <w:tc>
          <w:tcPr>
            <w:tcW w:w="2580" w:type="dxa"/>
            <w:vAlign w:val="center"/>
          </w:tcPr>
          <w:p w:rsidR="00726B0A" w:rsidRPr="00442AA4" w:rsidRDefault="000C4DE0">
            <w:pPr>
              <w:rPr>
                <w:lang w:val="ru-RU"/>
              </w:rPr>
            </w:pPr>
            <w:r w:rsidRPr="00442AA4">
              <w:rPr>
                <w:sz w:val="16"/>
                <w:lang w:val="ru-RU"/>
              </w:rPr>
              <w:t>Учитель изобразительного искусства; учителя основной школы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442AA4" w:rsidRDefault="000C4DE0">
            <w:pPr>
              <w:rPr>
                <w:lang w:val="ru-RU"/>
              </w:rPr>
            </w:pPr>
            <w:r w:rsidRPr="00442AA4">
              <w:rPr>
                <w:sz w:val="16"/>
                <w:lang w:val="ru-RU"/>
              </w:rPr>
              <w:t>Литературная мастерская к 130-летию со дня рождения В. П. Катаева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6–9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28.01.2027</w:t>
            </w:r>
          </w:p>
        </w:tc>
        <w:tc>
          <w:tcPr>
            <w:tcW w:w="2580" w:type="dxa"/>
            <w:vAlign w:val="center"/>
          </w:tcPr>
          <w:p w:rsidR="00726B0A" w:rsidRPr="00442AA4" w:rsidRDefault="000C4DE0">
            <w:pPr>
              <w:rPr>
                <w:lang w:val="ru-RU"/>
              </w:rPr>
            </w:pPr>
            <w:r w:rsidRPr="00442AA4">
              <w:rPr>
                <w:sz w:val="16"/>
                <w:lang w:val="ru-RU"/>
              </w:rPr>
              <w:t>Учителя основной школы; школьный библиотекарь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442AA4" w:rsidRDefault="000C4DE0">
            <w:pPr>
              <w:rPr>
                <w:lang w:val="ru-RU"/>
              </w:rPr>
            </w:pPr>
            <w:r w:rsidRPr="00442AA4">
              <w:rPr>
                <w:sz w:val="16"/>
                <w:lang w:val="ru-RU"/>
              </w:rPr>
              <w:t>Читательское занятие к 125-летию со дня рождения В. А. Осеевой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30.04.2027</w:t>
            </w:r>
          </w:p>
        </w:tc>
        <w:tc>
          <w:tcPr>
            <w:tcW w:w="2580" w:type="dxa"/>
            <w:vAlign w:val="center"/>
          </w:tcPr>
          <w:p w:rsidR="00726B0A" w:rsidRPr="00442AA4" w:rsidRDefault="000C4DE0">
            <w:pPr>
              <w:rPr>
                <w:lang w:val="ru-RU"/>
              </w:rPr>
            </w:pPr>
            <w:r w:rsidRPr="00442AA4">
              <w:rPr>
                <w:sz w:val="16"/>
                <w:lang w:val="ru-RU"/>
              </w:rPr>
              <w:t>Учителя основной школы; школьный библиотекарь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442AA4" w:rsidRDefault="000C4DE0">
            <w:pPr>
              <w:rPr>
                <w:lang w:val="ru-RU"/>
              </w:rPr>
            </w:pPr>
            <w:r w:rsidRPr="00442AA4">
              <w:rPr>
                <w:sz w:val="16"/>
                <w:lang w:val="ru-RU"/>
              </w:rPr>
              <w:t>Проектно-исследовательские задания экологической и краеведческой направленности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Pr="00B95DA9" w:rsidRDefault="000C4DE0" w:rsidP="00B95DA9">
            <w:pPr>
              <w:jc w:val="center"/>
              <w:rPr>
                <w:lang w:val="ru-RU"/>
              </w:rPr>
            </w:pPr>
            <w:r>
              <w:rPr>
                <w:sz w:val="16"/>
              </w:rPr>
              <w:t xml:space="preserve">Один раз в </w:t>
            </w:r>
            <w:r w:rsidR="00B95DA9">
              <w:rPr>
                <w:sz w:val="16"/>
                <w:lang w:val="ru-RU"/>
              </w:rPr>
              <w:t>полугодие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Учителя основной школы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442AA4" w:rsidRDefault="000C4DE0">
            <w:pPr>
              <w:rPr>
                <w:lang w:val="ru-RU"/>
              </w:rPr>
            </w:pPr>
            <w:r w:rsidRPr="00442AA4">
              <w:rPr>
                <w:sz w:val="16"/>
                <w:lang w:val="ru-RU"/>
              </w:rPr>
              <w:t>Предметные игровые недели по русскому языку, литературному чтению, математике и окружающему миру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По отдельному графику школы</w:t>
            </w:r>
          </w:p>
        </w:tc>
        <w:tc>
          <w:tcPr>
            <w:tcW w:w="2580" w:type="dxa"/>
            <w:vAlign w:val="center"/>
          </w:tcPr>
          <w:p w:rsidR="00726B0A" w:rsidRPr="00442AA4" w:rsidRDefault="000C4DE0">
            <w:pPr>
              <w:rPr>
                <w:lang w:val="ru-RU"/>
              </w:rPr>
            </w:pPr>
            <w:r w:rsidRPr="00442AA4">
              <w:rPr>
                <w:sz w:val="16"/>
                <w:lang w:val="ru-RU"/>
              </w:rPr>
              <w:t>Заместитель директора по учебно-воспитательной работе; учителя основной школы</w:t>
            </w:r>
          </w:p>
        </w:tc>
      </w:tr>
    </w:tbl>
    <w:p w:rsidR="00726B0A" w:rsidRPr="00442AA4" w:rsidRDefault="00726B0A">
      <w:pPr>
        <w:spacing w:after="0"/>
        <w:rPr>
          <w:lang w:val="ru-RU"/>
        </w:rPr>
      </w:pPr>
    </w:p>
    <w:p w:rsidR="00726B0A" w:rsidRPr="00442AA4" w:rsidRDefault="000C4DE0">
      <w:pPr>
        <w:spacing w:before="180" w:after="80"/>
        <w:jc w:val="center"/>
        <w:rPr>
          <w:lang w:val="ru-RU"/>
        </w:rPr>
      </w:pPr>
      <w:r w:rsidRPr="00442AA4">
        <w:rPr>
          <w:b/>
          <w:sz w:val="22"/>
          <w:lang w:val="ru-RU"/>
        </w:rPr>
        <w:t>МОДУЛЬ «ВНЕУРОЧНАЯ ДЕЯТЕЛЬНОСТЬ И ДОПОЛНИТЕЛЬНОЕ ОБРАЗОВАНИЕ»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765"/>
        <w:gridCol w:w="1928"/>
        <w:gridCol w:w="2580"/>
      </w:tblGrid>
      <w:tr w:rsidR="00726B0A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Дела, события, мероприятия</w:t>
            </w:r>
          </w:p>
        </w:tc>
        <w:tc>
          <w:tcPr>
            <w:tcW w:w="765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Классы</w:t>
            </w:r>
          </w:p>
        </w:tc>
        <w:tc>
          <w:tcPr>
            <w:tcW w:w="1928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Сроки реализации</w:t>
            </w:r>
          </w:p>
        </w:tc>
        <w:tc>
          <w:tcPr>
            <w:tcW w:w="2580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Ответственные исполнители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442AA4" w:rsidRDefault="000C4DE0">
            <w:pPr>
              <w:rPr>
                <w:lang w:val="ru-RU"/>
              </w:rPr>
            </w:pPr>
            <w:r w:rsidRPr="00442AA4">
              <w:rPr>
                <w:sz w:val="16"/>
                <w:lang w:val="ru-RU"/>
              </w:rPr>
              <w:t>Курс внеурочной деятельности «Разговоры о важном» по федеральной программе и календарю тем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Pr="00442AA4" w:rsidRDefault="000C4DE0">
            <w:pPr>
              <w:jc w:val="center"/>
              <w:rPr>
                <w:lang w:val="ru-RU"/>
              </w:rPr>
            </w:pPr>
            <w:r w:rsidRPr="00442AA4">
              <w:rPr>
                <w:sz w:val="16"/>
                <w:lang w:val="ru-RU"/>
              </w:rPr>
              <w:t>Еженедельно по понедельникам, по расписанию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Классные руководители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442AA4" w:rsidRDefault="000C4DE0">
            <w:pPr>
              <w:rPr>
                <w:lang w:val="ru-RU"/>
              </w:rPr>
            </w:pPr>
            <w:r w:rsidRPr="00442AA4">
              <w:rPr>
                <w:sz w:val="16"/>
                <w:lang w:val="ru-RU"/>
              </w:rPr>
              <w:t>Деятельность первичного отделения Движения Первых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Pr="00442AA4" w:rsidRDefault="000C4DE0">
            <w:pPr>
              <w:rPr>
                <w:lang w:val="ru-RU"/>
              </w:rPr>
            </w:pPr>
            <w:r w:rsidRPr="00442AA4">
              <w:rPr>
                <w:sz w:val="16"/>
                <w:lang w:val="ru-RU"/>
              </w:rPr>
              <w:t>В течение учебного года по плану первичного отделения</w:t>
            </w:r>
          </w:p>
        </w:tc>
        <w:tc>
          <w:tcPr>
            <w:tcW w:w="2580" w:type="dxa"/>
            <w:vAlign w:val="center"/>
          </w:tcPr>
          <w:p w:rsidR="00726B0A" w:rsidRPr="00442AA4" w:rsidRDefault="000C4DE0" w:rsidP="00B95DA9">
            <w:pPr>
              <w:rPr>
                <w:lang w:val="ru-RU"/>
              </w:rPr>
            </w:pPr>
            <w:r w:rsidRPr="00442AA4">
              <w:rPr>
                <w:sz w:val="16"/>
                <w:lang w:val="ru-RU"/>
              </w:rPr>
              <w:t>С</w:t>
            </w:r>
            <w:r w:rsidR="00B95DA9">
              <w:rPr>
                <w:sz w:val="16"/>
                <w:lang w:val="ru-RU"/>
              </w:rPr>
              <w:t>оветник директора по  восп. работе, руководитель «Движения первых»</w:t>
            </w:r>
          </w:p>
        </w:tc>
      </w:tr>
      <w:tr w:rsidR="00726B0A" w:rsidRPr="00B95DA9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Курс «Основы функциональной грамотности»</w:t>
            </w:r>
          </w:p>
        </w:tc>
        <w:tc>
          <w:tcPr>
            <w:tcW w:w="765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Pr="00B95DA9" w:rsidRDefault="000C4DE0">
            <w:pPr>
              <w:jc w:val="center"/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Еженедельно по расписанию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Учителя основной школы</w:t>
            </w:r>
          </w:p>
        </w:tc>
      </w:tr>
      <w:tr w:rsidR="00726B0A" w:rsidRPr="00B95DA9">
        <w:trPr>
          <w:jc w:val="center"/>
        </w:trPr>
        <w:tc>
          <w:tcPr>
            <w:tcW w:w="4592" w:type="dxa"/>
            <w:vAlign w:val="center"/>
          </w:tcPr>
          <w:p w:rsidR="00726B0A" w:rsidRDefault="000C4DE0">
            <w:r>
              <w:rPr>
                <w:sz w:val="16"/>
              </w:rPr>
              <w:t>Школьная театральная студия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По расписанию, при наличии</w:t>
            </w:r>
          </w:p>
        </w:tc>
        <w:tc>
          <w:tcPr>
            <w:tcW w:w="2580" w:type="dxa"/>
            <w:vAlign w:val="center"/>
          </w:tcPr>
          <w:p w:rsidR="00726B0A" w:rsidRPr="00442AA4" w:rsidRDefault="00B95DA9" w:rsidP="00B95DA9">
            <w:pPr>
              <w:rPr>
                <w:lang w:val="ru-RU"/>
              </w:rPr>
            </w:pPr>
            <w:r>
              <w:rPr>
                <w:sz w:val="16"/>
                <w:lang w:val="ru-RU"/>
              </w:rPr>
              <w:t>Руководитель школьного театра</w:t>
            </w:r>
          </w:p>
        </w:tc>
      </w:tr>
      <w:tr w:rsidR="00726B0A" w:rsidRPr="00B95DA9">
        <w:trPr>
          <w:jc w:val="center"/>
        </w:trPr>
        <w:tc>
          <w:tcPr>
            <w:tcW w:w="4592" w:type="dxa"/>
            <w:vAlign w:val="center"/>
          </w:tcPr>
          <w:p w:rsidR="00726B0A" w:rsidRPr="00442AA4" w:rsidRDefault="000C4DE0">
            <w:pPr>
              <w:rPr>
                <w:lang w:val="ru-RU"/>
              </w:rPr>
            </w:pPr>
            <w:r w:rsidRPr="00442AA4">
              <w:rPr>
                <w:sz w:val="16"/>
                <w:lang w:val="ru-RU"/>
              </w:rPr>
              <w:t>Спортивные секции школьного спортивного клуба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По расписанию, при наличии</w:t>
            </w:r>
          </w:p>
        </w:tc>
        <w:tc>
          <w:tcPr>
            <w:tcW w:w="2580" w:type="dxa"/>
            <w:vAlign w:val="center"/>
          </w:tcPr>
          <w:p w:rsidR="00726B0A" w:rsidRPr="00442AA4" w:rsidRDefault="00B95DA9" w:rsidP="00B95DA9">
            <w:pPr>
              <w:rPr>
                <w:lang w:val="ru-RU"/>
              </w:rPr>
            </w:pPr>
            <w:r>
              <w:rPr>
                <w:sz w:val="16"/>
                <w:lang w:val="ru-RU"/>
              </w:rPr>
              <w:t>Учитель физкультуры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442AA4" w:rsidRDefault="000C4DE0">
            <w:pPr>
              <w:rPr>
                <w:lang w:val="ru-RU"/>
              </w:rPr>
            </w:pPr>
            <w:r w:rsidRPr="00442AA4">
              <w:rPr>
                <w:sz w:val="16"/>
                <w:lang w:val="ru-RU"/>
              </w:rPr>
              <w:t>Фестиваль детского творчества «Весенняя палитра»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Март–апрель 2027 года</w:t>
            </w:r>
          </w:p>
        </w:tc>
        <w:tc>
          <w:tcPr>
            <w:tcW w:w="2580" w:type="dxa"/>
            <w:vAlign w:val="center"/>
          </w:tcPr>
          <w:p w:rsidR="00726B0A" w:rsidRPr="00442AA4" w:rsidRDefault="000C4DE0">
            <w:pPr>
              <w:rPr>
                <w:lang w:val="ru-RU"/>
              </w:rPr>
            </w:pPr>
            <w:r w:rsidRPr="00442AA4">
              <w:rPr>
                <w:sz w:val="16"/>
                <w:lang w:val="ru-RU"/>
              </w:rPr>
              <w:t>Педагог-организатор; учитель музыки; учитель изобразительного искусства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442AA4" w:rsidRDefault="000C4DE0" w:rsidP="00F669DA">
            <w:pPr>
              <w:rPr>
                <w:lang w:val="ru-RU"/>
              </w:rPr>
            </w:pPr>
            <w:r w:rsidRPr="00442AA4">
              <w:rPr>
                <w:sz w:val="16"/>
                <w:lang w:val="ru-RU"/>
              </w:rPr>
              <w:t>Итоговая презентация резуль</w:t>
            </w:r>
            <w:r w:rsidR="00F669DA">
              <w:rPr>
                <w:sz w:val="16"/>
                <w:lang w:val="ru-RU"/>
              </w:rPr>
              <w:t xml:space="preserve">татов внеурочной деятельности 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Май 2027 года</w:t>
            </w:r>
          </w:p>
        </w:tc>
        <w:tc>
          <w:tcPr>
            <w:tcW w:w="2580" w:type="dxa"/>
            <w:vAlign w:val="center"/>
          </w:tcPr>
          <w:p w:rsidR="00726B0A" w:rsidRPr="00442AA4" w:rsidRDefault="000C4DE0">
            <w:pPr>
              <w:rPr>
                <w:lang w:val="ru-RU"/>
              </w:rPr>
            </w:pPr>
            <w:r w:rsidRPr="00442AA4">
              <w:rPr>
                <w:sz w:val="16"/>
                <w:lang w:val="ru-RU"/>
              </w:rPr>
              <w:t>Заместитель директора по воспитательной работе; руководители объединений</w:t>
            </w:r>
          </w:p>
        </w:tc>
      </w:tr>
    </w:tbl>
    <w:p w:rsidR="00726B0A" w:rsidRPr="00442AA4" w:rsidRDefault="00726B0A">
      <w:pPr>
        <w:spacing w:after="0"/>
        <w:rPr>
          <w:lang w:val="ru-RU"/>
        </w:rPr>
      </w:pPr>
    </w:p>
    <w:p w:rsidR="00726B0A" w:rsidRDefault="000C4DE0">
      <w:pPr>
        <w:spacing w:before="180" w:after="80"/>
        <w:jc w:val="center"/>
      </w:pPr>
      <w:r>
        <w:rPr>
          <w:b/>
          <w:sz w:val="22"/>
        </w:rPr>
        <w:t>МОДУЛЬ «КЛАССНОЕ РУКОВОДСТВО»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765"/>
        <w:gridCol w:w="1928"/>
        <w:gridCol w:w="2580"/>
      </w:tblGrid>
      <w:tr w:rsidR="00726B0A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Дела, события, мероприятия</w:t>
            </w:r>
          </w:p>
        </w:tc>
        <w:tc>
          <w:tcPr>
            <w:tcW w:w="765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Классы</w:t>
            </w:r>
          </w:p>
        </w:tc>
        <w:tc>
          <w:tcPr>
            <w:tcW w:w="1928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Сроки реализации</w:t>
            </w:r>
          </w:p>
        </w:tc>
        <w:tc>
          <w:tcPr>
            <w:tcW w:w="2580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Ответственные исполнители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442AA4" w:rsidRDefault="000C4DE0">
            <w:pPr>
              <w:rPr>
                <w:lang w:val="ru-RU"/>
              </w:rPr>
            </w:pPr>
            <w:r w:rsidRPr="00442AA4">
              <w:rPr>
                <w:sz w:val="16"/>
                <w:lang w:val="ru-RU"/>
              </w:rPr>
              <w:t>Церемония поднятия Государственного флага Российской Федерации и исполнения Государственного гимна Российской Федерации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Pr="00442AA4" w:rsidRDefault="000C4DE0">
            <w:pPr>
              <w:jc w:val="center"/>
              <w:rPr>
                <w:lang w:val="ru-RU"/>
              </w:rPr>
            </w:pPr>
            <w:r w:rsidRPr="00442AA4">
              <w:rPr>
                <w:sz w:val="16"/>
                <w:lang w:val="ru-RU"/>
              </w:rPr>
              <w:t>Еженедельно по понедельникам до начала занятий; в иные дни — по локальному порядку школы</w:t>
            </w:r>
          </w:p>
        </w:tc>
        <w:tc>
          <w:tcPr>
            <w:tcW w:w="2580" w:type="dxa"/>
            <w:vAlign w:val="center"/>
          </w:tcPr>
          <w:p w:rsidR="00726B0A" w:rsidRPr="00442AA4" w:rsidRDefault="00A141AA" w:rsidP="00A141AA">
            <w:pPr>
              <w:rPr>
                <w:lang w:val="ru-RU"/>
              </w:rPr>
            </w:pPr>
            <w:r>
              <w:rPr>
                <w:sz w:val="16"/>
                <w:lang w:val="ru-RU"/>
              </w:rPr>
              <w:t>С</w:t>
            </w:r>
            <w:r w:rsidR="000C4DE0" w:rsidRPr="00442AA4">
              <w:rPr>
                <w:sz w:val="16"/>
                <w:lang w:val="ru-RU"/>
              </w:rPr>
              <w:t xml:space="preserve">оветник директора по </w:t>
            </w:r>
            <w:r>
              <w:rPr>
                <w:sz w:val="16"/>
                <w:lang w:val="ru-RU"/>
              </w:rPr>
              <w:t>восп. раб.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442AA4" w:rsidRDefault="000C4DE0">
            <w:pPr>
              <w:rPr>
                <w:lang w:val="ru-RU"/>
              </w:rPr>
            </w:pPr>
            <w:r w:rsidRPr="00442AA4">
              <w:rPr>
                <w:sz w:val="16"/>
                <w:lang w:val="ru-RU"/>
              </w:rPr>
              <w:t>Тематические классные часы по рабочей программе воспитания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Pr="00442AA4" w:rsidRDefault="000C4DE0">
            <w:pPr>
              <w:jc w:val="center"/>
              <w:rPr>
                <w:lang w:val="ru-RU"/>
              </w:rPr>
            </w:pPr>
            <w:r w:rsidRPr="00442AA4">
              <w:rPr>
                <w:sz w:val="16"/>
                <w:lang w:val="ru-RU"/>
              </w:rPr>
              <w:t>Не реже одного раза в месяц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Классные руководители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442AA4" w:rsidRDefault="000C4DE0">
            <w:pPr>
              <w:rPr>
                <w:lang w:val="ru-RU"/>
              </w:rPr>
            </w:pPr>
            <w:r w:rsidRPr="00442AA4">
              <w:rPr>
                <w:sz w:val="16"/>
                <w:lang w:val="ru-RU"/>
              </w:rPr>
              <w:t>Адаптационный цикл «Переходим в основную школу»: учебная самостоятельность, новые предметы, взаимодействие с педагогами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</w:t>
            </w:r>
          </w:p>
        </w:tc>
        <w:tc>
          <w:tcPr>
            <w:tcW w:w="1928" w:type="dxa"/>
            <w:vAlign w:val="center"/>
          </w:tcPr>
          <w:p w:rsidR="00726B0A" w:rsidRDefault="000C4DE0">
            <w:r>
              <w:rPr>
                <w:sz w:val="16"/>
              </w:rPr>
              <w:t>Сентябрь–ноябрь 2026 года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Классные руководители; педагог-психолог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Default="000C4DE0">
            <w:r>
              <w:rPr>
                <w:sz w:val="16"/>
              </w:rPr>
              <w:t>Классные коллективные творческие дела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Один раз в четверть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Классные руководители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442AA4" w:rsidRDefault="000C4DE0">
            <w:pPr>
              <w:rPr>
                <w:lang w:val="ru-RU"/>
              </w:rPr>
            </w:pPr>
            <w:r w:rsidRPr="00442AA4">
              <w:rPr>
                <w:sz w:val="16"/>
                <w:lang w:val="ru-RU"/>
              </w:rPr>
              <w:t>Классные советы дела: обсуждение инициатив, распределение посильных ролей, подведение итогов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6–9</w:t>
            </w:r>
          </w:p>
        </w:tc>
        <w:tc>
          <w:tcPr>
            <w:tcW w:w="1928" w:type="dxa"/>
            <w:vAlign w:val="center"/>
          </w:tcPr>
          <w:p w:rsidR="00726B0A" w:rsidRPr="00442AA4" w:rsidRDefault="000C4DE0">
            <w:pPr>
              <w:jc w:val="center"/>
              <w:rPr>
                <w:lang w:val="ru-RU"/>
              </w:rPr>
            </w:pPr>
            <w:r w:rsidRPr="00442AA4">
              <w:rPr>
                <w:sz w:val="16"/>
                <w:lang w:val="ru-RU"/>
              </w:rPr>
              <w:t>Перед и после коллективных дел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Классные руководители</w:t>
            </w:r>
          </w:p>
        </w:tc>
      </w:tr>
      <w:tr w:rsidR="00726B0A" w:rsidRPr="00B95DA9">
        <w:trPr>
          <w:jc w:val="center"/>
        </w:trPr>
        <w:tc>
          <w:tcPr>
            <w:tcW w:w="4592" w:type="dxa"/>
            <w:vAlign w:val="center"/>
          </w:tcPr>
          <w:p w:rsidR="00726B0A" w:rsidRDefault="000C4DE0">
            <w:r>
              <w:rPr>
                <w:sz w:val="16"/>
              </w:rPr>
              <w:t>Индивидуальная педагогическая поддержка обучающихся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По потребности</w:t>
            </w:r>
          </w:p>
        </w:tc>
        <w:tc>
          <w:tcPr>
            <w:tcW w:w="2580" w:type="dxa"/>
            <w:vAlign w:val="center"/>
          </w:tcPr>
          <w:p w:rsidR="00726B0A" w:rsidRPr="00B95DA9" w:rsidRDefault="000C4DE0" w:rsidP="00A141AA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 xml:space="preserve">Классные руководители; </w:t>
            </w:r>
            <w:r w:rsidR="00A141AA">
              <w:rPr>
                <w:sz w:val="16"/>
                <w:lang w:val="ru-RU"/>
              </w:rPr>
              <w:t>педагог-психолог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lastRenderedPageBreak/>
              <w:t>Участие классов в Днях единых действий, общешкольных и муниципальных мероприятиях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Pr="00B95DA9" w:rsidRDefault="000C4DE0">
            <w:pPr>
              <w:jc w:val="center"/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По календарю школы и организаторов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Классные руководители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Default="000C4DE0">
            <w:r>
              <w:rPr>
                <w:sz w:val="16"/>
              </w:rPr>
              <w:t>Новогодний классный праздник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Декабрь 2026 года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Классные руководители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Default="000C4DE0">
            <w:r>
              <w:rPr>
                <w:sz w:val="16"/>
              </w:rPr>
              <w:t>Масленичная игровая программа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Pr="00B95DA9" w:rsidRDefault="000C4DE0">
            <w:pPr>
              <w:jc w:val="center"/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Февраль–март 2027 года, по календарю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Классные руководители; педагог-организатор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Default="000C4DE0" w:rsidP="000A1913">
            <w:r>
              <w:rPr>
                <w:sz w:val="16"/>
              </w:rPr>
              <w:t>Праздник «</w:t>
            </w:r>
            <w:r w:rsidR="000A1913">
              <w:rPr>
                <w:sz w:val="16"/>
                <w:lang w:val="ru-RU"/>
              </w:rPr>
              <w:t>Последний звонок</w:t>
            </w:r>
            <w:r>
              <w:rPr>
                <w:sz w:val="16"/>
              </w:rPr>
              <w:t>!»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Май 2027 года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Классные руководители</w:t>
            </w:r>
          </w:p>
        </w:tc>
      </w:tr>
      <w:tr w:rsidR="00726B0A" w:rsidRPr="00B95DA9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Инструктажи и практические занятия по безопасному поведению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Pr="00B95DA9" w:rsidRDefault="000C4DE0">
            <w:pPr>
              <w:jc w:val="center"/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Перед каникулами, поездками и массовыми мероприятиями</w:t>
            </w:r>
          </w:p>
        </w:tc>
        <w:tc>
          <w:tcPr>
            <w:tcW w:w="2580" w:type="dxa"/>
            <w:vAlign w:val="center"/>
          </w:tcPr>
          <w:p w:rsidR="00726B0A" w:rsidRPr="00B95DA9" w:rsidRDefault="000C4DE0" w:rsidP="000A1913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Классные руководители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Образовательные экскурсии и культурные посещения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Pr="00B95DA9" w:rsidRDefault="000C4DE0">
            <w:pPr>
              <w:jc w:val="center"/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По плану класса, не менее одного раза в полугодие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Классные руководители; представители организаций — по согласованию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Совместные мероприятия с родителями (законными представителями)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Pr="000A1913" w:rsidRDefault="000C4DE0" w:rsidP="000A1913">
            <w:pPr>
              <w:jc w:val="center"/>
              <w:rPr>
                <w:lang w:val="ru-RU"/>
              </w:rPr>
            </w:pPr>
            <w:r>
              <w:rPr>
                <w:sz w:val="16"/>
              </w:rPr>
              <w:t xml:space="preserve">Один раз в </w:t>
            </w:r>
            <w:r w:rsidR="000A1913">
              <w:rPr>
                <w:sz w:val="16"/>
                <w:lang w:val="ru-RU"/>
              </w:rPr>
              <w:t>год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Классные руководители; родители — по согласованию</w:t>
            </w:r>
          </w:p>
        </w:tc>
      </w:tr>
    </w:tbl>
    <w:p w:rsidR="00726B0A" w:rsidRPr="00B95DA9" w:rsidRDefault="00726B0A">
      <w:pPr>
        <w:spacing w:after="0"/>
        <w:rPr>
          <w:lang w:val="ru-RU"/>
        </w:rPr>
      </w:pPr>
    </w:p>
    <w:p w:rsidR="00726B0A" w:rsidRDefault="000C4DE0">
      <w:pPr>
        <w:spacing w:before="180" w:after="80"/>
        <w:jc w:val="center"/>
      </w:pPr>
      <w:r>
        <w:rPr>
          <w:b/>
          <w:sz w:val="22"/>
        </w:rPr>
        <w:t>МОДУЛЬ «ОСНОВНЫЕ ШКОЛЬНЫЕ ДЕЛА»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765"/>
        <w:gridCol w:w="1928"/>
        <w:gridCol w:w="2580"/>
      </w:tblGrid>
      <w:tr w:rsidR="00726B0A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Дела, события, мероприятия</w:t>
            </w:r>
          </w:p>
        </w:tc>
        <w:tc>
          <w:tcPr>
            <w:tcW w:w="765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Классы</w:t>
            </w:r>
          </w:p>
        </w:tc>
        <w:tc>
          <w:tcPr>
            <w:tcW w:w="1928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Сроки реализации</w:t>
            </w:r>
          </w:p>
        </w:tc>
        <w:tc>
          <w:tcPr>
            <w:tcW w:w="2580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Ответственные исполнители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Торжественная линейка и классные встречи ко Дню знаний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01.09.2026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Директор; заместитель директора по воспитательной работе; классные руководители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Памятное занятие ко Дню окончания Второй мировой войны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6–9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02.09.2026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Классные руководители; педагог-организатор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День солидарности в борьбе с терроризмом: акция памяти и урок безопасности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6–9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03.09.2026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Ответственный за комплексную безопасность; классные руководители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Фестиваль «Языки и традиции народов России»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08.09.2026</w:t>
            </w:r>
          </w:p>
        </w:tc>
        <w:tc>
          <w:tcPr>
            <w:tcW w:w="2580" w:type="dxa"/>
            <w:vAlign w:val="center"/>
          </w:tcPr>
          <w:p w:rsidR="00726B0A" w:rsidRPr="00B95DA9" w:rsidRDefault="000C4DE0" w:rsidP="000A1913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Заместитель директора по воспитательной работе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День первой помощи: практические станции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6–9</w:t>
            </w:r>
          </w:p>
        </w:tc>
        <w:tc>
          <w:tcPr>
            <w:tcW w:w="1928" w:type="dxa"/>
            <w:vAlign w:val="center"/>
          </w:tcPr>
          <w:p w:rsidR="00726B0A" w:rsidRPr="00B95DA9" w:rsidRDefault="000C4DE0">
            <w:pPr>
              <w:jc w:val="center"/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11.09.2026 либо ближайший учебный день к 13.09.2026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Ответственный за комплексную безопасность; ме</w:t>
            </w:r>
            <w:r w:rsidR="000A1913">
              <w:rPr>
                <w:sz w:val="16"/>
                <w:lang w:val="ru-RU"/>
              </w:rPr>
              <w:t xml:space="preserve">дицинский работник 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Праздничные мероприятия ко Дню учителя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05.10.2026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Педагог-организатор; советник директора по воспитанию и взаимодействию с детскими общественными объединениями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Всероссийский день чтения: школьный читательский марафон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09.10.2026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Школьный библиотекарь; учителя основной школы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Всемирный день защиты животных: экологическая акция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05.10.2026, ближайший учебный день к 04.10.2026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Учителя основной школы; социальный педагог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Творческие мастерские ко Дню отца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16.10.2026; официальная дата — 18.10.2026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Классные руководители; педагог-организатор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Фестиваль культур ко Дню народного единства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02–03.11.2026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Заместитель директора по воспитательной работе; советник директора по во</w:t>
            </w:r>
            <w:r w:rsidR="000A1913">
              <w:rPr>
                <w:sz w:val="16"/>
                <w:lang w:val="ru-RU"/>
              </w:rPr>
              <w:t>спитательной работе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Урок исторической памяти о военном параде на Красной площади 7 ноября 1941 года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7–9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06.11.2026</w:t>
            </w:r>
          </w:p>
        </w:tc>
        <w:tc>
          <w:tcPr>
            <w:tcW w:w="2580" w:type="dxa"/>
            <w:vAlign w:val="center"/>
          </w:tcPr>
          <w:p w:rsidR="00726B0A" w:rsidRPr="00B95DA9" w:rsidRDefault="000C4DE0" w:rsidP="000A1913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 xml:space="preserve">Классные руководители; руководитель школьного музея 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Синичкин день: акция помощи зимующим птицам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12.11.2026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Учителя основной школы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Познавательная программа к Всемирному дню ребёнка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20.11.2026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Социальный педагог; классные руководители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День словарей и энциклопедий и 225-летие В. И. Даля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20–23.11.2026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Школьный библиотекарь; учителя основной школы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Праздничная программа ко Дню матери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27.11.2026; официальная дата — 29.11.2026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Педагог-организатор; классные руководители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Познавательное мероприятие ко Дню Государственного герба Российской Федерации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30.11.2026</w:t>
            </w:r>
          </w:p>
        </w:tc>
        <w:tc>
          <w:tcPr>
            <w:tcW w:w="2580" w:type="dxa"/>
            <w:vAlign w:val="center"/>
          </w:tcPr>
          <w:p w:rsidR="00726B0A" w:rsidRPr="00B95DA9" w:rsidRDefault="000A1913">
            <w:pPr>
              <w:rPr>
                <w:lang w:val="ru-RU"/>
              </w:rPr>
            </w:pPr>
            <w:r>
              <w:rPr>
                <w:sz w:val="16"/>
                <w:lang w:val="ru-RU"/>
              </w:rPr>
              <w:t>С</w:t>
            </w:r>
            <w:r w:rsidRPr="00B95DA9">
              <w:rPr>
                <w:sz w:val="16"/>
                <w:lang w:val="ru-RU"/>
              </w:rPr>
              <w:t>оветник директора по во</w:t>
            </w:r>
            <w:r>
              <w:rPr>
                <w:sz w:val="16"/>
                <w:lang w:val="ru-RU"/>
              </w:rPr>
              <w:t>спитательной работе</w:t>
            </w:r>
          </w:p>
        </w:tc>
      </w:tr>
      <w:tr w:rsidR="00726B0A" w:rsidRPr="00B95DA9">
        <w:trPr>
          <w:jc w:val="center"/>
        </w:trPr>
        <w:tc>
          <w:tcPr>
            <w:tcW w:w="4592" w:type="dxa"/>
            <w:vAlign w:val="center"/>
          </w:tcPr>
          <w:p w:rsidR="00726B0A" w:rsidRDefault="000C4DE0">
            <w:r>
              <w:rPr>
                <w:sz w:val="16"/>
              </w:rPr>
              <w:t>День Неизвестного Солдата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03.12.2026</w:t>
            </w:r>
          </w:p>
        </w:tc>
        <w:tc>
          <w:tcPr>
            <w:tcW w:w="2580" w:type="dxa"/>
            <w:vAlign w:val="center"/>
          </w:tcPr>
          <w:p w:rsidR="00726B0A" w:rsidRPr="00B95DA9" w:rsidRDefault="000A1913">
            <w:pPr>
              <w:rPr>
                <w:lang w:val="ru-RU"/>
              </w:rPr>
            </w:pPr>
            <w:r>
              <w:rPr>
                <w:sz w:val="16"/>
                <w:lang w:val="ru-RU"/>
              </w:rPr>
              <w:t>Р</w:t>
            </w:r>
            <w:r w:rsidR="000C4DE0" w:rsidRPr="00B95DA9">
              <w:rPr>
                <w:sz w:val="16"/>
                <w:lang w:val="ru-RU"/>
              </w:rPr>
              <w:t>уководите</w:t>
            </w:r>
            <w:r>
              <w:rPr>
                <w:sz w:val="16"/>
                <w:lang w:val="ru-RU"/>
              </w:rPr>
              <w:t xml:space="preserve">ль школьного музея 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Международный день людей с ограниченными возможностями здоровья: акция «Мир равных возможностей»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03.12.2026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Педагог-психолог; социальный педагог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День начала контрнаступления советских войск в битве под Москвой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6–9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04.12.2026, ближайший учебный день к 05.12.2026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Классные руководители; руководите</w:t>
            </w:r>
            <w:r w:rsidR="000A1913">
              <w:rPr>
                <w:sz w:val="16"/>
                <w:lang w:val="ru-RU"/>
              </w:rPr>
              <w:t xml:space="preserve">ль школьного музея 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Международный день добровольца: школьная акция добрых дел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04.12.2026, ближайший учебный день к 05.12.2026</w:t>
            </w:r>
          </w:p>
        </w:tc>
        <w:tc>
          <w:tcPr>
            <w:tcW w:w="2580" w:type="dxa"/>
            <w:vAlign w:val="center"/>
          </w:tcPr>
          <w:p w:rsidR="00726B0A" w:rsidRPr="00B95DA9" w:rsidRDefault="000A1913">
            <w:pPr>
              <w:rPr>
                <w:lang w:val="ru-RU"/>
              </w:rPr>
            </w:pPr>
            <w:r>
              <w:rPr>
                <w:sz w:val="16"/>
                <w:lang w:val="ru-RU"/>
              </w:rPr>
              <w:t>С</w:t>
            </w:r>
            <w:r w:rsidRPr="00B95DA9">
              <w:rPr>
                <w:sz w:val="16"/>
                <w:lang w:val="ru-RU"/>
              </w:rPr>
              <w:t>оветник директора по во</w:t>
            </w:r>
            <w:r>
              <w:rPr>
                <w:sz w:val="16"/>
                <w:lang w:val="ru-RU"/>
              </w:rPr>
              <w:t>спитательной работе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Default="000C4DE0">
            <w:r>
              <w:rPr>
                <w:sz w:val="16"/>
              </w:rPr>
              <w:t>День Героев Отечества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09.12.2026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Педагог-организатор; классные руководители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Default="000C4DE0">
            <w:r>
              <w:rPr>
                <w:sz w:val="16"/>
              </w:rPr>
              <w:t>Международный день прав человека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7–9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10.12.2026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Социальный педагог; классные руководители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lastRenderedPageBreak/>
              <w:t>Познавательные занятия ко Дню Конституции Российской Федерации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7–9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11.12.2026; официальная дата — 12.12.2026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Классные руководители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День Государственного гимна Российской Федерации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25.12.2026</w:t>
            </w:r>
          </w:p>
        </w:tc>
        <w:tc>
          <w:tcPr>
            <w:tcW w:w="2580" w:type="dxa"/>
            <w:vAlign w:val="center"/>
          </w:tcPr>
          <w:p w:rsidR="00726B0A" w:rsidRPr="00B95DA9" w:rsidRDefault="000A1913">
            <w:pPr>
              <w:rPr>
                <w:lang w:val="ru-RU"/>
              </w:rPr>
            </w:pPr>
            <w:r>
              <w:rPr>
                <w:sz w:val="16"/>
                <w:lang w:val="ru-RU"/>
              </w:rPr>
              <w:t>С</w:t>
            </w:r>
            <w:r w:rsidRPr="00B95DA9">
              <w:rPr>
                <w:sz w:val="16"/>
                <w:lang w:val="ru-RU"/>
              </w:rPr>
              <w:t>оветник директора по во</w:t>
            </w:r>
            <w:r>
              <w:rPr>
                <w:sz w:val="16"/>
                <w:lang w:val="ru-RU"/>
              </w:rPr>
              <w:t>спитательной работе,</w:t>
            </w:r>
            <w:r w:rsidR="000C4DE0" w:rsidRPr="00B95DA9">
              <w:rPr>
                <w:sz w:val="16"/>
                <w:lang w:val="ru-RU"/>
              </w:rPr>
              <w:t xml:space="preserve"> учитель музыки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Default="000C4DE0">
            <w:r>
              <w:rPr>
                <w:sz w:val="16"/>
              </w:rPr>
              <w:t>Новогодняя творческая неделя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21–25.12.2026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Заместитель директора по воспитательной работе; педагог-организатор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День полного освобождения Ленинграда от фашистской блокады и Международный день памяти жертв Холокоста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7–9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27.01.2027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Классные руководители; руководитель школьного музея (при наличии)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Международный день защиты персональных данных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7–9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28.01.2027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Ответственный за информационную безопасность; классные руководители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День разгрома советскими войсками немецко-фашистских войск в Сталинградской битве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6–9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02.02.2027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Классные руководители; педагог-организатор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192CA6" w:rsidRDefault="000C4DE0">
            <w:r w:rsidRPr="00192CA6">
              <w:rPr>
                <w:sz w:val="16"/>
              </w:rPr>
              <w:t>Международный день книгодарения</w:t>
            </w:r>
          </w:p>
        </w:tc>
        <w:tc>
          <w:tcPr>
            <w:tcW w:w="765" w:type="dxa"/>
            <w:vAlign w:val="center"/>
          </w:tcPr>
          <w:p w:rsidR="00726B0A" w:rsidRPr="00192CA6" w:rsidRDefault="000C4DE0">
            <w:r w:rsidRPr="00192CA6"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Pr="00192CA6" w:rsidRDefault="000C4DE0">
            <w:pPr>
              <w:jc w:val="center"/>
            </w:pPr>
            <w:r w:rsidRPr="00192CA6">
              <w:rPr>
                <w:sz w:val="16"/>
              </w:rPr>
              <w:t>12.02.2027, ближайший учебный день к 14.02.2027</w:t>
            </w:r>
          </w:p>
        </w:tc>
        <w:tc>
          <w:tcPr>
            <w:tcW w:w="2580" w:type="dxa"/>
            <w:vAlign w:val="center"/>
          </w:tcPr>
          <w:p w:rsidR="00726B0A" w:rsidRPr="00192CA6" w:rsidRDefault="000C4DE0">
            <w:r w:rsidRPr="00192CA6">
              <w:rPr>
                <w:sz w:val="16"/>
              </w:rPr>
              <w:t>Школьный библиотекарь; классные руководители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Default="000C4DE0">
            <w:r>
              <w:rPr>
                <w:sz w:val="16"/>
              </w:rPr>
              <w:t>Международный день родного языка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19.02.2027, ближайший учебный день к 21.02.2027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Учителя основной школы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Спортивно-патриотический праздник ко Дню защитника Отечества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19.02.2027; официальная дата — 23.02.2027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Учитель физической культуры; педагог-организатор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Default="000C4DE0">
            <w:r>
              <w:rPr>
                <w:sz w:val="16"/>
              </w:rPr>
              <w:t>День наставника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6–9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02.03.2027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Классные руководители; педагог-организатор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Творческая программа к Международному женскому дню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05.03.2027; официальная дата — 08.03.2027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Педагог-организатор; учитель музыки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Всемирный день инженерии: конструкторский марафон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6–9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04.03.2027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Учителя основной школы; педагог дополнительного образования (при наличии)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День искусственного интеллекта: безопасное знакомство с технологиями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7–9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12.03.2027, ближайший учебный день к 13.03.2027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Ответственный за информационную безопасность; учителя основной школы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День воссоединения Крыма с Россией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7–9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18.03.2027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Всемирный день поэзии и Международный день лесов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19.03.2027, ближайший учебный день к 21.03.2027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Учителя основной школы; школьный библиотекарь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Default="000C4DE0">
            <w:r>
              <w:rPr>
                <w:sz w:val="16"/>
              </w:rPr>
              <w:t>Всемирный день театра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26.03.2027, ближайший учебный день к 27.03.2027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Руководитель школьного театра (при наличии); педагог-организатор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Международный день спорта на благо развития и мира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06.04.2027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Учитель физической культуры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Default="000C4DE0">
            <w:r>
              <w:rPr>
                <w:sz w:val="16"/>
              </w:rPr>
              <w:t>Всемирный день здоровья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07.04.2027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Учитель физической культуры; медицинский работник (при наличии)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Default="000C4DE0">
            <w:r>
              <w:rPr>
                <w:sz w:val="16"/>
              </w:rPr>
              <w:t>День российской анимации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08.04.2027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Педагог-организатор; ответственный за школьный медиацентр (при наличии)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Космическая неделя ко Дню космонавтики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07–12.04.2027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Учителя основной школы; педагог-организатор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День памяти о геноциде советского народа нацистами и их пособниками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7–9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19.04.2027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Классные руководители; педагог-организатор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Default="000C4DE0">
            <w:r>
              <w:rPr>
                <w:sz w:val="16"/>
              </w:rPr>
              <w:t>Всемирный день Земли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22.04.2027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Учителя основной школы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День пожарной охраны: практикум безопасности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30.04.2027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Ответственный за комплексную безопасность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Тематические мероприятия к Празднику Весны и Труда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30.04.2027; официальная дата — 01.05.2027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Классные руководители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Default="000C4DE0">
            <w:r w:rsidRPr="00B95DA9">
              <w:rPr>
                <w:sz w:val="16"/>
                <w:lang w:val="ru-RU"/>
              </w:rPr>
              <w:t xml:space="preserve">Неделя памяти и славы ко Дню </w:t>
            </w:r>
            <w:r>
              <w:rPr>
                <w:sz w:val="16"/>
              </w:rPr>
              <w:t>Победы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04–07.05.2027; официальная дата — 09.05.2027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Заместитель директора по воспитательной работе; педагог-организатор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Default="000C4DE0">
            <w:r>
              <w:rPr>
                <w:sz w:val="16"/>
              </w:rPr>
              <w:t>Международный день музеев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18.05.2027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Руководитель школьного музея (при наличии); классные руководители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День детских общественных организаций России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6–9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19.05.2027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День славянской письменности и культуры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24.05.2027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Учителя основной школы; школьный библиотекарь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Default="000C4DE0">
            <w:r>
              <w:rPr>
                <w:sz w:val="16"/>
              </w:rPr>
              <w:lastRenderedPageBreak/>
              <w:t>Общероссийский день библиотек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27.05.2027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Школьный библиотекарь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Default="000C4DE0">
            <w:r>
              <w:rPr>
                <w:sz w:val="16"/>
              </w:rPr>
              <w:t>Праздник «Прощай, начальная школа!»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9</w:t>
            </w:r>
          </w:p>
        </w:tc>
        <w:tc>
          <w:tcPr>
            <w:tcW w:w="1928" w:type="dxa"/>
            <w:vAlign w:val="center"/>
          </w:tcPr>
          <w:p w:rsidR="00726B0A" w:rsidRPr="00B95DA9" w:rsidRDefault="000C4DE0">
            <w:pPr>
              <w:jc w:val="center"/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Май 2027 года, по отдельному графику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Заместитель директора по воспитательной работе; классные руководители</w:t>
            </w:r>
          </w:p>
        </w:tc>
      </w:tr>
    </w:tbl>
    <w:p w:rsidR="00726B0A" w:rsidRPr="00B95DA9" w:rsidRDefault="00726B0A">
      <w:pPr>
        <w:spacing w:after="0"/>
        <w:rPr>
          <w:lang w:val="ru-RU"/>
        </w:rPr>
      </w:pPr>
    </w:p>
    <w:p w:rsidR="00726B0A" w:rsidRDefault="000C4DE0">
      <w:pPr>
        <w:spacing w:before="180" w:after="80"/>
        <w:jc w:val="center"/>
      </w:pPr>
      <w:r>
        <w:rPr>
          <w:b/>
          <w:sz w:val="22"/>
        </w:rPr>
        <w:t>МОДУЛЬ «ВНЕШКОЛЬНЫЕ МЕРОПРИЯТИЯ»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765"/>
        <w:gridCol w:w="1928"/>
        <w:gridCol w:w="2580"/>
      </w:tblGrid>
      <w:tr w:rsidR="00726B0A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Дела, события, мероприятия</w:t>
            </w:r>
          </w:p>
        </w:tc>
        <w:tc>
          <w:tcPr>
            <w:tcW w:w="765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Классы</w:t>
            </w:r>
          </w:p>
        </w:tc>
        <w:tc>
          <w:tcPr>
            <w:tcW w:w="1928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Сроки реализации</w:t>
            </w:r>
          </w:p>
        </w:tc>
        <w:tc>
          <w:tcPr>
            <w:tcW w:w="2580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Ответственные исполнители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Совместный читательский проект с муниципальной библиотекой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Pr="00B95DA9" w:rsidRDefault="000C4DE0">
            <w:pPr>
              <w:jc w:val="center"/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В течение учебного года по графику партнёра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Школьный библиотекарь; сотрудники библиотеки — по согласованию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Экскурсии в краеведческий музей и учреждения культуры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6–9</w:t>
            </w:r>
          </w:p>
        </w:tc>
        <w:tc>
          <w:tcPr>
            <w:tcW w:w="1928" w:type="dxa"/>
            <w:vAlign w:val="center"/>
          </w:tcPr>
          <w:p w:rsidR="00726B0A" w:rsidRPr="00B95DA9" w:rsidRDefault="000C4DE0">
            <w:pPr>
              <w:jc w:val="center"/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Один раз в полугодие, по согласованию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Классные руководители; представители учреждений — по согласованию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Посещение театра, филармонии, художественной галереи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Pr="00B95DA9" w:rsidRDefault="000C4DE0">
            <w:pPr>
              <w:jc w:val="center"/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По афише и отдельному плану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Педагог-организатор; классные руководители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Творческие мастер-классы с художниками и мастерами народных промыслов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Один раз в полугодие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Педагог дополнительного образования (при наличии); приглашённые мастера — по согласованию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Спортивные мероприятия с детско-юношеской спортивной школой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По согласованному графику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Учитель физической культуры; тренеры — по согласованию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Муниципальные конкурсы чтецов, рисунков и творческих проектов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По положениям организаторов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Учителя основной школы; педагог-организатор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Региональные интеллектуальные и краеведческие мероприятия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6–9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По календарю организаторов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Учителя основной школы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Экологические маршруты и прогулки-наблюдения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Pr="00B95DA9" w:rsidRDefault="000C4DE0">
            <w:pPr>
              <w:jc w:val="center"/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Сентябрь–октябрь 2026 года; апрель–май 2027 года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Учителя основной школы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Участие во всероссийских акциях гражданско-патриотической и экологической направленности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По календарю организаторов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</w:tc>
      </w:tr>
    </w:tbl>
    <w:p w:rsidR="00726B0A" w:rsidRPr="00B95DA9" w:rsidRDefault="00726B0A">
      <w:pPr>
        <w:spacing w:after="0"/>
        <w:rPr>
          <w:lang w:val="ru-RU"/>
        </w:rPr>
      </w:pPr>
    </w:p>
    <w:p w:rsidR="00726B0A" w:rsidRPr="00B95DA9" w:rsidRDefault="000C4DE0">
      <w:pPr>
        <w:spacing w:before="180" w:after="80"/>
        <w:jc w:val="center"/>
        <w:rPr>
          <w:lang w:val="ru-RU"/>
        </w:rPr>
      </w:pPr>
      <w:r w:rsidRPr="00B95DA9">
        <w:rPr>
          <w:b/>
          <w:sz w:val="22"/>
          <w:lang w:val="ru-RU"/>
        </w:rPr>
        <w:t>МОДУЛЬ «ОРГАНИЗАЦИЯ ПРЕДМЕТНО-ПРОСТРАНСТВЕННОЙ СРЕДЫ»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765"/>
        <w:gridCol w:w="1928"/>
        <w:gridCol w:w="2580"/>
      </w:tblGrid>
      <w:tr w:rsidR="00726B0A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Дела, события, мероприятия</w:t>
            </w:r>
          </w:p>
        </w:tc>
        <w:tc>
          <w:tcPr>
            <w:tcW w:w="765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Классы</w:t>
            </w:r>
          </w:p>
        </w:tc>
        <w:tc>
          <w:tcPr>
            <w:tcW w:w="1928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Сроки реализации</w:t>
            </w:r>
          </w:p>
        </w:tc>
        <w:tc>
          <w:tcPr>
            <w:tcW w:w="2580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Ответственные исполнители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Размещение и актуализация государственной символики Российской Федерации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Pr="00B95DA9" w:rsidRDefault="000C4DE0">
            <w:pPr>
              <w:jc w:val="center"/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Сентябрь 2026 года; далее по необходимости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Заместитель директора по воспитательной работе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Оформление пространства детских инициатив и достижений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В течение учебного года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Советник директора по воспитанию и взаимодействию с детскими общественными объединениями; классные руководители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Экспозиция «Народы России: единство в многообразии»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Сентябрь–ноябрь 2026 года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Педагог-организатор; учитель изобразительного искусства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Книжные выставки к образовательным событиям, памятным и юбилейным датам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Ежемесячно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Школьный библиотекарь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Выставки детского творчества «Осенняя палитра», «Новогодняя фантазия», «Весеннее настроение»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Pr="00B95DA9" w:rsidRDefault="000C4DE0">
            <w:pPr>
              <w:jc w:val="center"/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Октябрь 2026 года; декабрь 2026 года; апрель 2027 года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Учитель изобразительного искусства; классные руководители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Памятные экспозиции ко Дню Неизвестного Солдата, Дню Героев Отечества и Дню Победы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Pr="00B95DA9" w:rsidRDefault="000C4DE0">
            <w:pPr>
              <w:jc w:val="center"/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Декабрь 2026 года; апрель–май 2027 года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Руководитель школьного музея (при наличии); педагог-организатор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Информационные материалы по дорожной, пожарной, антитеррористической и цифровой безопасности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Pr="00B95DA9" w:rsidRDefault="000C4DE0">
            <w:pPr>
              <w:jc w:val="center"/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Сентябрь 2026 года; обновление один раз в четверть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Ответственный за комплексную безопасность; ответственный за информационную безопасность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Полка книгообмена и читательские рекомендации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В течение учебного года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Школьный библиотекарь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Оформление школы к государственным праздникам и общешкольным событиям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По календарному плану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Педагог-организатор; советник директора по воспитанию и взаимодействию с детскими общественными объединениями</w:t>
            </w:r>
          </w:p>
        </w:tc>
      </w:tr>
    </w:tbl>
    <w:p w:rsidR="00726B0A" w:rsidRPr="00B95DA9" w:rsidRDefault="00726B0A">
      <w:pPr>
        <w:spacing w:after="0"/>
        <w:rPr>
          <w:lang w:val="ru-RU"/>
        </w:rPr>
      </w:pPr>
    </w:p>
    <w:p w:rsidR="00726B0A" w:rsidRDefault="000C4DE0">
      <w:pPr>
        <w:spacing w:before="180" w:after="80"/>
        <w:jc w:val="center"/>
      </w:pPr>
      <w:r>
        <w:rPr>
          <w:b/>
          <w:sz w:val="22"/>
        </w:rPr>
        <w:t>МОДУЛЬ «ВЗАИМОДЕЙСТВИЕ С РОДИТЕЛЯМИ»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765"/>
        <w:gridCol w:w="1928"/>
        <w:gridCol w:w="2580"/>
      </w:tblGrid>
      <w:tr w:rsidR="00726B0A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lastRenderedPageBreak/>
              <w:t>Дела, события, мероприятия</w:t>
            </w:r>
          </w:p>
        </w:tc>
        <w:tc>
          <w:tcPr>
            <w:tcW w:w="765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Классы</w:t>
            </w:r>
          </w:p>
        </w:tc>
        <w:tc>
          <w:tcPr>
            <w:tcW w:w="1928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Сроки реализации</w:t>
            </w:r>
          </w:p>
        </w:tc>
        <w:tc>
          <w:tcPr>
            <w:tcW w:w="2580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Ответственные исполнители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Общешкольные родительские собрания по вопросам воспитания, безопасности и организации школьной жизни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Сентябрь 2026 года; май 2027 года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Директор; заместитель директора по воспитательной работе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Default="000C4DE0">
            <w:r>
              <w:rPr>
                <w:sz w:val="16"/>
              </w:rPr>
              <w:t>Классные родительские собрания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Pr="00B95DA9" w:rsidRDefault="000C4DE0">
            <w:pPr>
              <w:jc w:val="center"/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Не менее одного раза в четверть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Классные руководители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Default="000C4DE0">
            <w:r>
              <w:rPr>
                <w:sz w:val="16"/>
              </w:rPr>
              <w:t>Заседания Совета родителей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Один раз в четверть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Директор; заместитель директора по воспитательной работе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Default="000C4DE0">
            <w:r>
              <w:rPr>
                <w:sz w:val="16"/>
              </w:rPr>
              <w:t>Родительский лекторий «Воспитываем вместе»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Один раз в четверть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Педагог-психолог; социальный педагог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Default="000C4DE0">
            <w:r>
              <w:rPr>
                <w:sz w:val="16"/>
              </w:rPr>
              <w:t>Индивидуальные консультации специалистов сопровождения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По графику и запросу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Педагог-психолог; социальный педагог; учитель-логопед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Default="000C4DE0">
            <w:r>
              <w:rPr>
                <w:sz w:val="16"/>
              </w:rPr>
              <w:t>Семейные творческие мастерские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Один раз в полугодие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Классные руководители; педагог-организатор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Семейный спортивный праздник «Вместе сильнее»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Февраль 2027 года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Учитель физической культуры; классные руководители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Просветительская встреча «Безопасность ребёнка в цифровой среде»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Февраль 2027 года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Ответственный за информационную безопасность; педагог-психолог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Default="000C4DE0">
            <w:r>
              <w:rPr>
                <w:sz w:val="16"/>
              </w:rPr>
              <w:t>Родительский контроль организации питания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По утверждённому графику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Ответственный работник школы; представители родителей — по согласованию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Участие родителей в экскурсиях, проектах и воспитательных событиях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Pr="00B95DA9" w:rsidRDefault="000C4DE0">
            <w:pPr>
              <w:jc w:val="center"/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В течение учебного года, добровольно и по согласованию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Классные руководители</w:t>
            </w:r>
          </w:p>
        </w:tc>
      </w:tr>
    </w:tbl>
    <w:p w:rsidR="00726B0A" w:rsidRDefault="00726B0A">
      <w:pPr>
        <w:spacing w:after="0"/>
      </w:pPr>
    </w:p>
    <w:p w:rsidR="00726B0A" w:rsidRDefault="000C4DE0">
      <w:pPr>
        <w:spacing w:before="180" w:after="80"/>
        <w:jc w:val="center"/>
      </w:pPr>
      <w:r>
        <w:rPr>
          <w:b/>
          <w:sz w:val="22"/>
        </w:rPr>
        <w:t>МОДУЛЬ «САМОУПРАВЛЕНИЕ»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765"/>
        <w:gridCol w:w="1928"/>
        <w:gridCol w:w="2580"/>
      </w:tblGrid>
      <w:tr w:rsidR="00726B0A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Дела, события, мероприятия</w:t>
            </w:r>
          </w:p>
        </w:tc>
        <w:tc>
          <w:tcPr>
            <w:tcW w:w="765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Классы</w:t>
            </w:r>
          </w:p>
        </w:tc>
        <w:tc>
          <w:tcPr>
            <w:tcW w:w="1928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Сроки реализации</w:t>
            </w:r>
          </w:p>
        </w:tc>
        <w:tc>
          <w:tcPr>
            <w:tcW w:w="2580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Ответственные исполнители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Выбор актива класса и распределение возрастосообразных поручений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6–9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Сентябрь 2026 года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Классные руководители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Default="000C4DE0">
            <w:r>
              <w:rPr>
                <w:sz w:val="16"/>
              </w:rPr>
              <w:t>Классные советы дела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6–9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Перед коллективными творческими делами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Классные руководители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Банк детских инициатив «Предлагаю школе»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7–9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В течение учебного года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Творческие, экологические и спортивные группы для подготовки мероприятий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По мере подготовки дел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Классные руководители; педагог-организатор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Редколлегия классной или школьной газеты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7–9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Один выпуск в четверть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Ответственный за школьный медиацентр (при наличии); классные руководители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Рефлексивные круги по итогам общих дел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После коллективных мероприятий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Классные руководители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Итоговый слёт активов основной школы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7–9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Май 2027 года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</w:tc>
      </w:tr>
    </w:tbl>
    <w:p w:rsidR="00726B0A" w:rsidRPr="00B95DA9" w:rsidRDefault="00726B0A">
      <w:pPr>
        <w:spacing w:after="0"/>
        <w:rPr>
          <w:lang w:val="ru-RU"/>
        </w:rPr>
      </w:pPr>
    </w:p>
    <w:p w:rsidR="00726B0A" w:rsidRDefault="000C4DE0">
      <w:pPr>
        <w:spacing w:before="180" w:after="80"/>
        <w:jc w:val="center"/>
      </w:pPr>
      <w:r>
        <w:rPr>
          <w:b/>
          <w:sz w:val="22"/>
        </w:rPr>
        <w:t>МОДУЛЬ «ПРОФИЛАКТИКА И БЕЗОПАСНОСТЬ»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2677"/>
        <w:gridCol w:w="2677"/>
        <w:gridCol w:w="2677"/>
      </w:tblGrid>
      <w:tr w:rsidR="00726B0A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Дела, события, мероприятия</w:t>
            </w:r>
          </w:p>
        </w:tc>
        <w:tc>
          <w:tcPr>
            <w:tcW w:w="765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Классы</w:t>
            </w:r>
          </w:p>
        </w:tc>
        <w:tc>
          <w:tcPr>
            <w:tcW w:w="1928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Сроки реализации</w:t>
            </w:r>
          </w:p>
        </w:tc>
        <w:tc>
          <w:tcPr>
            <w:tcW w:w="2580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Ответственные исполнители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Практическое занятие «Безопасный маршрут: дом — школа — дом»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Сентябрь 2026 года; январь 2027 года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Классные руководители; представитель Госавтоинспекции — по согласованию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Default="000C4DE0">
            <w:r>
              <w:rPr>
                <w:sz w:val="16"/>
              </w:rPr>
              <w:t>Неделя безопасности дорожного движения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Сентябрь 2026 года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Ответственный за комплексную безопасность; классные руководители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Default="000C4DE0">
            <w:r>
              <w:rPr>
                <w:sz w:val="16"/>
              </w:rPr>
              <w:t>Тренировочные эвакуации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По утверждённому графику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Ответственный за комплексную безопасность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Практикум «Пожарная безопасность и номер 112»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Октябрь 2026 года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Ответственный за комплексную безопасность; педагог-организатор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Занятия «Осторожно: тонкий лёд» и «Безопасность у воды»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Ноябрь 2026 года; май 2027 года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Классные руководители; ответственный за комплексную безопасность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Цикл «Безопасный интернет, персональные данные и цифровой след»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6–9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Октябрь 2026 года; февраль 2027 года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Ответственный за информационную безопасность; классные руководители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Развивающие занятия по профилактике травли и формированию безопасной психологической среды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Октябрь 2026 года; февраль 2027 года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Педагог-психолог; социальный педагог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 xml:space="preserve">Практикум «Как действовать при обнаружении </w:t>
            </w:r>
            <w:r w:rsidRPr="00B95DA9">
              <w:rPr>
                <w:sz w:val="16"/>
                <w:lang w:val="ru-RU"/>
              </w:rPr>
              <w:lastRenderedPageBreak/>
              <w:t>подозрительного предмета»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lastRenderedPageBreak/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Сентябрь 2026 года; май 2027 года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 xml:space="preserve">Ответственный за комплексную </w:t>
            </w:r>
            <w:r>
              <w:rPr>
                <w:sz w:val="16"/>
              </w:rPr>
              <w:lastRenderedPageBreak/>
              <w:t>безопасность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Default="000C4DE0">
            <w:r>
              <w:rPr>
                <w:sz w:val="16"/>
              </w:rPr>
              <w:lastRenderedPageBreak/>
              <w:t>Железнодорожная безопасность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Сентябрь 2026 года; апрель 2027 года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Классные руководители; представитель транспортной организации — по согласованию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Default="000C4DE0">
            <w:r>
              <w:rPr>
                <w:sz w:val="16"/>
              </w:rPr>
              <w:t>Неделя здоровых привычек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Ноябрь 2026 года; март 2027 года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Педагог-психолог; учитель физической культуры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Инструктажи перед каникулами и выездными мероприятиями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Pr="00B95DA9" w:rsidRDefault="000C4DE0">
            <w:pPr>
              <w:jc w:val="center"/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Перед каждыми каникулами и выездом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Классные руководители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Информационная встреча «К кому обратиться за помощью»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Один раз в полугодие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Педагог-психолог; социальный педагог</w:t>
            </w:r>
          </w:p>
        </w:tc>
      </w:tr>
      <w:tr w:rsidR="00726B0A" w:rsidRPr="009B703A">
        <w:trPr>
          <w:jc w:val="center"/>
        </w:trPr>
        <w:tc>
          <w:tcPr>
            <w:tcW w:w="2677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Профилактика употребления психоактивных веществ и иных форм зависимого поведения</w:t>
            </w:r>
          </w:p>
        </w:tc>
        <w:tc>
          <w:tcPr>
            <w:tcW w:w="2677" w:type="dxa"/>
            <w:vAlign w:val="center"/>
          </w:tcPr>
          <w:p w:rsidR="00726B0A" w:rsidRDefault="000C4DE0">
            <w:r>
              <w:rPr>
                <w:sz w:val="16"/>
              </w:rPr>
              <w:t>7–9</w:t>
            </w:r>
          </w:p>
        </w:tc>
        <w:tc>
          <w:tcPr>
            <w:tcW w:w="2677" w:type="dxa"/>
            <w:vAlign w:val="center"/>
          </w:tcPr>
          <w:p w:rsidR="00726B0A" w:rsidRDefault="000C4DE0">
            <w:r>
              <w:rPr>
                <w:sz w:val="16"/>
              </w:rPr>
              <w:t>По плану профилактической работы</w:t>
            </w:r>
          </w:p>
        </w:tc>
        <w:tc>
          <w:tcPr>
            <w:tcW w:w="2677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Социальный педагог; педагог-психолог; медицинские специалисты — по согласованию</w:t>
            </w:r>
          </w:p>
        </w:tc>
      </w:tr>
      <w:tr w:rsidR="00726B0A" w:rsidRPr="009B703A">
        <w:trPr>
          <w:jc w:val="center"/>
        </w:trPr>
        <w:tc>
          <w:tcPr>
            <w:tcW w:w="2677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Социально-психологическое тестирование обучающихся установленного возраста</w:t>
            </w:r>
          </w:p>
        </w:tc>
        <w:tc>
          <w:tcPr>
            <w:tcW w:w="2677" w:type="dxa"/>
            <w:vAlign w:val="center"/>
          </w:tcPr>
          <w:p w:rsidR="00726B0A" w:rsidRDefault="000C4DE0">
            <w:r>
              <w:rPr>
                <w:sz w:val="16"/>
              </w:rPr>
              <w:t>7–9</w:t>
            </w:r>
          </w:p>
        </w:tc>
        <w:tc>
          <w:tcPr>
            <w:tcW w:w="2677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В сроки, установленные нормативными документами</w:t>
            </w:r>
          </w:p>
        </w:tc>
        <w:tc>
          <w:tcPr>
            <w:tcW w:w="2677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Педагог-психолог; заместитель директора по воспитательной работе</w:t>
            </w:r>
          </w:p>
        </w:tc>
      </w:tr>
      <w:tr w:rsidR="00726B0A" w:rsidRPr="009B703A">
        <w:trPr>
          <w:jc w:val="center"/>
        </w:trPr>
        <w:tc>
          <w:tcPr>
            <w:tcW w:w="2677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Профилактика вовлечения несовершеннолетних в противоправную и экстремистскую деятельность</w:t>
            </w:r>
          </w:p>
        </w:tc>
        <w:tc>
          <w:tcPr>
            <w:tcW w:w="2677" w:type="dxa"/>
            <w:vAlign w:val="center"/>
          </w:tcPr>
          <w:p w:rsidR="00726B0A" w:rsidRDefault="000C4DE0">
            <w:r>
              <w:rPr>
                <w:sz w:val="16"/>
              </w:rPr>
              <w:t>7–9</w:t>
            </w:r>
          </w:p>
        </w:tc>
        <w:tc>
          <w:tcPr>
            <w:tcW w:w="2677" w:type="dxa"/>
            <w:vAlign w:val="center"/>
          </w:tcPr>
          <w:p w:rsidR="00726B0A" w:rsidRDefault="000C4DE0">
            <w:r>
              <w:rPr>
                <w:sz w:val="16"/>
              </w:rPr>
              <w:t>Один раз в полугодие</w:t>
            </w:r>
          </w:p>
        </w:tc>
        <w:tc>
          <w:tcPr>
            <w:tcW w:w="2677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Социальный педагог; представители правоохранительных органов — по согласованию</w:t>
            </w:r>
          </w:p>
        </w:tc>
      </w:tr>
      <w:tr w:rsidR="00726B0A">
        <w:trPr>
          <w:jc w:val="center"/>
        </w:trPr>
        <w:tc>
          <w:tcPr>
            <w:tcW w:w="2677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Профилактика суицидального поведения и обучение алгоритмам обращения за помощью</w:t>
            </w:r>
          </w:p>
        </w:tc>
        <w:tc>
          <w:tcPr>
            <w:tcW w:w="2677" w:type="dxa"/>
            <w:vAlign w:val="center"/>
          </w:tcPr>
          <w:p w:rsidR="00726B0A" w:rsidRDefault="000C4DE0">
            <w:r>
              <w:rPr>
                <w:sz w:val="16"/>
              </w:rPr>
              <w:t>7–9</w:t>
            </w:r>
          </w:p>
        </w:tc>
        <w:tc>
          <w:tcPr>
            <w:tcW w:w="2677" w:type="dxa"/>
            <w:vAlign w:val="center"/>
          </w:tcPr>
          <w:p w:rsidR="00726B0A" w:rsidRDefault="000C4DE0">
            <w:r>
              <w:rPr>
                <w:sz w:val="16"/>
              </w:rPr>
              <w:t>По плану психологической службы</w:t>
            </w:r>
          </w:p>
        </w:tc>
        <w:tc>
          <w:tcPr>
            <w:tcW w:w="2677" w:type="dxa"/>
            <w:vAlign w:val="center"/>
          </w:tcPr>
          <w:p w:rsidR="00726B0A" w:rsidRDefault="000C4DE0">
            <w:r>
              <w:rPr>
                <w:sz w:val="16"/>
              </w:rPr>
              <w:t>Педагог-психолог</w:t>
            </w:r>
          </w:p>
        </w:tc>
      </w:tr>
    </w:tbl>
    <w:p w:rsidR="00726B0A" w:rsidRDefault="00726B0A">
      <w:pPr>
        <w:spacing w:after="0"/>
      </w:pPr>
    </w:p>
    <w:p w:rsidR="00726B0A" w:rsidRDefault="000C4DE0">
      <w:pPr>
        <w:spacing w:before="180" w:after="80"/>
        <w:jc w:val="center"/>
      </w:pPr>
      <w:r>
        <w:rPr>
          <w:b/>
          <w:sz w:val="22"/>
        </w:rPr>
        <w:t>МОДУЛЬ «СОЦИАЛЬНОЕ ПАРТНЁРСТВО»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765"/>
        <w:gridCol w:w="1928"/>
        <w:gridCol w:w="2580"/>
      </w:tblGrid>
      <w:tr w:rsidR="00726B0A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Дела, события, мероприятия</w:t>
            </w:r>
          </w:p>
        </w:tc>
        <w:tc>
          <w:tcPr>
            <w:tcW w:w="765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Классы</w:t>
            </w:r>
          </w:p>
        </w:tc>
        <w:tc>
          <w:tcPr>
            <w:tcW w:w="1928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Сроки реализации</w:t>
            </w:r>
          </w:p>
        </w:tc>
        <w:tc>
          <w:tcPr>
            <w:tcW w:w="2580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Ответственные исполнители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Совместный читательский проект с муниципальной библиотекой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Pr="00B95DA9" w:rsidRDefault="000C4DE0">
            <w:pPr>
              <w:jc w:val="center"/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В течение учебного года по согласованному плану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Школьный библиотекарь; сотрудники библиотеки — по согласованию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Экскурсионные и образовательные программы краеведческого музея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6–9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Ноябрь 2026 года; апрель 2027 года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Классные руководители; сотрудники музея — по согласованию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Встречи с сотрудниками МЧС и Госавтоинспекции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По согласованному графику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Ответственный за комплексную безопасность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Спортивные мастер-классы с тренерами детско-юношеской спортивной школы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Один раз в полугодие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Учитель физической культуры; тренеры — по согласованию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Проекты с учреждениями дополнительного образования и художественными школами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По плану партнёров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Педагог-организатор; представители организаций — по согласованию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Встречи с ветеранами педагогического труда и представителями общественных организаций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7–9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Октябрь 2026 года; май 2027 года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Руководитель школьного музея (при наличии); приглашённые лица — по согласованию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Профориентационные встречи с родителями и представителями организаций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Один раз в полугодие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Классные руководители; приглашённые специалисты — по согласованию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Медико-просветительские мероприятия по формированию здорового образа жизни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По согласованному графику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Медицинский работник (при наличии); представители медицинской организации — по согласованию</w:t>
            </w:r>
          </w:p>
        </w:tc>
      </w:tr>
    </w:tbl>
    <w:p w:rsidR="00726B0A" w:rsidRPr="00B95DA9" w:rsidRDefault="00726B0A">
      <w:pPr>
        <w:spacing w:after="0"/>
        <w:rPr>
          <w:lang w:val="ru-RU"/>
        </w:rPr>
      </w:pPr>
    </w:p>
    <w:p w:rsidR="00726B0A" w:rsidRDefault="000C4DE0">
      <w:pPr>
        <w:spacing w:before="180" w:after="80"/>
        <w:jc w:val="center"/>
      </w:pPr>
      <w:r>
        <w:rPr>
          <w:b/>
          <w:sz w:val="22"/>
        </w:rPr>
        <w:t>МОДУЛЬ «ПРОФОРИЕНТАЦИЯ»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2677"/>
        <w:gridCol w:w="2677"/>
        <w:gridCol w:w="2677"/>
      </w:tblGrid>
      <w:tr w:rsidR="00726B0A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Дела, события, мероприятия</w:t>
            </w:r>
          </w:p>
        </w:tc>
        <w:tc>
          <w:tcPr>
            <w:tcW w:w="765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Классы</w:t>
            </w:r>
          </w:p>
        </w:tc>
        <w:tc>
          <w:tcPr>
            <w:tcW w:w="1928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Сроки реализации</w:t>
            </w:r>
          </w:p>
        </w:tc>
        <w:tc>
          <w:tcPr>
            <w:tcW w:w="2580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Ответственные исполнители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Игровой цикл «Профессии вокруг нас»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5–6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Один раз в месяц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Классные руководители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Default="000C4DE0">
            <w:r>
              <w:rPr>
                <w:sz w:val="16"/>
              </w:rPr>
              <w:t>Курс-путешествие «Мир профессий»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7–9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Два раза в четверть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Классные руководители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Default="000C4DE0">
            <w:r>
              <w:rPr>
                <w:sz w:val="16"/>
              </w:rPr>
              <w:t>Встречи «Профессии моей семьи»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Один раз в полугодие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Классные руководители; родители — по согласованию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Виртуальные экскурсии «Как работают люди разных профессий»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Один раз в четверть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Классные руководители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Творческий проект «Кем я хочу стать»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5–6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Февраль–март 2027 года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Классные руководители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Default="000C4DE0">
            <w:r>
              <w:rPr>
                <w:sz w:val="16"/>
              </w:rPr>
              <w:t>Мини-проект «Профессии будущего»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7–9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Март 2027 года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Классные руководители; педагог дополнительного образования (при наличии)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Default="000C4DE0">
            <w:r>
              <w:rPr>
                <w:sz w:val="16"/>
              </w:rPr>
              <w:t>Профориентационный квест «Город мастеров»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7–9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Апрель 2027 года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Педагог-организатор; педагог-психолог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Экскурсия на предприятие или в организацию родного населённого пункта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6–9</w:t>
            </w:r>
          </w:p>
        </w:tc>
        <w:tc>
          <w:tcPr>
            <w:tcW w:w="1928" w:type="dxa"/>
            <w:vAlign w:val="center"/>
          </w:tcPr>
          <w:p w:rsidR="00726B0A" w:rsidRPr="00B95DA9" w:rsidRDefault="000C4DE0">
            <w:pPr>
              <w:jc w:val="center"/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Один раз в учебном году, по согласованию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Классные руководители; представители организации — по согласованию</w:t>
            </w:r>
          </w:p>
        </w:tc>
      </w:tr>
      <w:tr w:rsidR="00726B0A" w:rsidRPr="009B703A">
        <w:trPr>
          <w:jc w:val="center"/>
        </w:trPr>
        <w:tc>
          <w:tcPr>
            <w:tcW w:w="2677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Реализация Единой модели профориентации и профориентационного минимума</w:t>
            </w:r>
          </w:p>
        </w:tc>
        <w:tc>
          <w:tcPr>
            <w:tcW w:w="2677" w:type="dxa"/>
            <w:vAlign w:val="center"/>
          </w:tcPr>
          <w:p w:rsidR="00726B0A" w:rsidRDefault="000C4DE0">
            <w:r>
              <w:rPr>
                <w:sz w:val="16"/>
              </w:rPr>
              <w:t>6–9</w:t>
            </w:r>
          </w:p>
        </w:tc>
        <w:tc>
          <w:tcPr>
            <w:tcW w:w="2677" w:type="dxa"/>
            <w:vAlign w:val="center"/>
          </w:tcPr>
          <w:p w:rsidR="00726B0A" w:rsidRDefault="000C4DE0">
            <w:r>
              <w:rPr>
                <w:sz w:val="16"/>
              </w:rPr>
              <w:t>В течение учебного года</w:t>
            </w:r>
          </w:p>
        </w:tc>
        <w:tc>
          <w:tcPr>
            <w:tcW w:w="2677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 xml:space="preserve">Заместитель директора по учебно-воспитательной работе; </w:t>
            </w:r>
            <w:r w:rsidRPr="00B95DA9">
              <w:rPr>
                <w:sz w:val="16"/>
                <w:lang w:val="ru-RU"/>
              </w:rPr>
              <w:lastRenderedPageBreak/>
              <w:t>ответственный за профориентацию</w:t>
            </w:r>
          </w:p>
        </w:tc>
      </w:tr>
      <w:tr w:rsidR="00726B0A" w:rsidRPr="009B703A">
        <w:trPr>
          <w:jc w:val="center"/>
        </w:trPr>
        <w:tc>
          <w:tcPr>
            <w:tcW w:w="2677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lastRenderedPageBreak/>
              <w:t>Курс внеурочной деятельности «Россия — мои горизонты»</w:t>
            </w:r>
          </w:p>
        </w:tc>
        <w:tc>
          <w:tcPr>
            <w:tcW w:w="2677" w:type="dxa"/>
            <w:vAlign w:val="center"/>
          </w:tcPr>
          <w:p w:rsidR="00726B0A" w:rsidRDefault="000C4DE0">
            <w:r>
              <w:rPr>
                <w:sz w:val="16"/>
              </w:rPr>
              <w:t>6–9</w:t>
            </w:r>
          </w:p>
        </w:tc>
        <w:tc>
          <w:tcPr>
            <w:tcW w:w="2677" w:type="dxa"/>
            <w:vAlign w:val="center"/>
          </w:tcPr>
          <w:p w:rsidR="00726B0A" w:rsidRDefault="000C4DE0">
            <w:r>
              <w:rPr>
                <w:sz w:val="16"/>
              </w:rPr>
              <w:t>Еженедельно по федеральному графику</w:t>
            </w:r>
          </w:p>
        </w:tc>
        <w:tc>
          <w:tcPr>
            <w:tcW w:w="2677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Классные руководители; педагог-навигатор (при наличии)</w:t>
            </w:r>
          </w:p>
        </w:tc>
      </w:tr>
      <w:tr w:rsidR="00726B0A" w:rsidRPr="009B703A">
        <w:trPr>
          <w:jc w:val="center"/>
        </w:trPr>
        <w:tc>
          <w:tcPr>
            <w:tcW w:w="2677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Профессиональные пробы и мастер-классы</w:t>
            </w:r>
          </w:p>
        </w:tc>
        <w:tc>
          <w:tcPr>
            <w:tcW w:w="2677" w:type="dxa"/>
            <w:vAlign w:val="center"/>
          </w:tcPr>
          <w:p w:rsidR="00726B0A" w:rsidRDefault="000C4DE0">
            <w:r>
              <w:rPr>
                <w:sz w:val="16"/>
              </w:rPr>
              <w:t>8–9</w:t>
            </w:r>
          </w:p>
        </w:tc>
        <w:tc>
          <w:tcPr>
            <w:tcW w:w="2677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Не менее одного раза в полугодие</w:t>
            </w:r>
          </w:p>
        </w:tc>
        <w:tc>
          <w:tcPr>
            <w:tcW w:w="2677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Ответственный за профориентацию; социальные партнёры — по согласованию</w:t>
            </w:r>
          </w:p>
        </w:tc>
      </w:tr>
      <w:tr w:rsidR="00726B0A" w:rsidRPr="009B703A">
        <w:trPr>
          <w:jc w:val="center"/>
        </w:trPr>
        <w:tc>
          <w:tcPr>
            <w:tcW w:w="2677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Проект «Профессиональный маршрут выпускника 9 класса»</w:t>
            </w:r>
          </w:p>
        </w:tc>
        <w:tc>
          <w:tcPr>
            <w:tcW w:w="2677" w:type="dxa"/>
            <w:vAlign w:val="center"/>
          </w:tcPr>
          <w:p w:rsidR="00726B0A" w:rsidRDefault="000C4DE0">
            <w:r>
              <w:rPr>
                <w:sz w:val="16"/>
              </w:rPr>
              <w:t>9</w:t>
            </w:r>
          </w:p>
        </w:tc>
        <w:tc>
          <w:tcPr>
            <w:tcW w:w="2677" w:type="dxa"/>
            <w:vAlign w:val="center"/>
          </w:tcPr>
          <w:p w:rsidR="00726B0A" w:rsidRDefault="000C4DE0">
            <w:r>
              <w:rPr>
                <w:sz w:val="16"/>
              </w:rPr>
              <w:t>Январь–апрель 2027 года</w:t>
            </w:r>
          </w:p>
        </w:tc>
        <w:tc>
          <w:tcPr>
            <w:tcW w:w="2677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Классный руководитель; педагог-психолог; ответственный за профориентацию</w:t>
            </w:r>
          </w:p>
        </w:tc>
      </w:tr>
      <w:tr w:rsidR="00726B0A" w:rsidRPr="009B703A">
        <w:trPr>
          <w:jc w:val="center"/>
        </w:trPr>
        <w:tc>
          <w:tcPr>
            <w:tcW w:w="2677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Информационные занятия о приёме в 10 класс и учреждения СПО</w:t>
            </w:r>
          </w:p>
        </w:tc>
        <w:tc>
          <w:tcPr>
            <w:tcW w:w="2677" w:type="dxa"/>
            <w:vAlign w:val="center"/>
          </w:tcPr>
          <w:p w:rsidR="00726B0A" w:rsidRDefault="000C4DE0">
            <w:r>
              <w:rPr>
                <w:sz w:val="16"/>
              </w:rPr>
              <w:t>9</w:t>
            </w:r>
          </w:p>
        </w:tc>
        <w:tc>
          <w:tcPr>
            <w:tcW w:w="2677" w:type="dxa"/>
            <w:vAlign w:val="center"/>
          </w:tcPr>
          <w:p w:rsidR="00726B0A" w:rsidRDefault="000C4DE0">
            <w:r>
              <w:rPr>
                <w:sz w:val="16"/>
              </w:rPr>
              <w:t>Февраль–апрель 2027 года</w:t>
            </w:r>
          </w:p>
        </w:tc>
        <w:tc>
          <w:tcPr>
            <w:tcW w:w="2677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Заместитель директора по учебно-воспитательной работе</w:t>
            </w:r>
          </w:p>
        </w:tc>
      </w:tr>
    </w:tbl>
    <w:p w:rsidR="00726B0A" w:rsidRPr="00B95DA9" w:rsidRDefault="00726B0A">
      <w:pPr>
        <w:spacing w:after="0"/>
        <w:rPr>
          <w:lang w:val="ru-RU"/>
        </w:rPr>
      </w:pPr>
    </w:p>
    <w:p w:rsidR="00726B0A" w:rsidRPr="00B95DA9" w:rsidRDefault="000C4DE0">
      <w:pPr>
        <w:spacing w:before="180" w:after="80"/>
        <w:jc w:val="center"/>
        <w:rPr>
          <w:lang w:val="ru-RU"/>
        </w:rPr>
      </w:pPr>
      <w:r w:rsidRPr="00B95DA9">
        <w:rPr>
          <w:b/>
          <w:sz w:val="22"/>
          <w:lang w:val="ru-RU"/>
        </w:rPr>
        <w:t>ВАРИАТИВНЫЙ МОДУЛЬ «ДЕТСКИЕ ОБЩЕСТВЕННЫЕ ОБЪЕДИНЕНИЯ»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765"/>
        <w:gridCol w:w="1928"/>
        <w:gridCol w:w="2580"/>
      </w:tblGrid>
      <w:tr w:rsidR="00726B0A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Дела, события, мероприятия</w:t>
            </w:r>
          </w:p>
        </w:tc>
        <w:tc>
          <w:tcPr>
            <w:tcW w:w="765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Классы</w:t>
            </w:r>
          </w:p>
        </w:tc>
        <w:tc>
          <w:tcPr>
            <w:tcW w:w="1928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Сроки реализации</w:t>
            </w:r>
          </w:p>
        </w:tc>
        <w:tc>
          <w:tcPr>
            <w:tcW w:w="2580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Ответственные исполнители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Default="000C4DE0">
            <w:r>
              <w:rPr>
                <w:sz w:val="16"/>
              </w:rPr>
              <w:t>Реализация программы «Движение Первых»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Pr="00B95DA9" w:rsidRDefault="000C4DE0">
            <w:pPr>
              <w:jc w:val="center"/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В течение учебного года по программе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Классные руководители; советник директора по воспитанию и взаимодействию с детскими общественными объединениями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Информационные встречи и презентация проектов Движения Первых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r>
              <w:rPr>
                <w:sz w:val="16"/>
              </w:rPr>
              <w:t>Сентябрь–октябрь 2026 года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Участие в деятельности первичного отделения Движения Первых на добровольной основе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6–9</w:t>
            </w:r>
          </w:p>
        </w:tc>
        <w:tc>
          <w:tcPr>
            <w:tcW w:w="1928" w:type="dxa"/>
            <w:vAlign w:val="center"/>
          </w:tcPr>
          <w:p w:rsidR="00726B0A" w:rsidRPr="00B95DA9" w:rsidRDefault="000C4DE0">
            <w:pPr>
              <w:jc w:val="center"/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В течение учебного года, по плану первичного отделения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Default="000C4DE0">
            <w:r>
              <w:rPr>
                <w:sz w:val="16"/>
              </w:rPr>
              <w:t>Акция «Спасибо учителю»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Октябрь 2026 года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Default="000C4DE0">
            <w:r>
              <w:rPr>
                <w:sz w:val="16"/>
              </w:rPr>
              <w:t>Фестиваль национальных культур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Ноябрь 2026 года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Советник директора по воспитанию и взаимодействию с детскими общественными объединениями; педагог-организатор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Default="000C4DE0">
            <w:r>
              <w:rPr>
                <w:sz w:val="16"/>
              </w:rPr>
              <w:t>День добрых дел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Pr="00B95DA9" w:rsidRDefault="000C4DE0">
            <w:pPr>
              <w:jc w:val="center"/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По календарю Движения Первых или отдельному плану школы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Default="000C4DE0">
            <w:r>
              <w:rPr>
                <w:sz w:val="16"/>
              </w:rPr>
              <w:t>Итоговая встреча активистов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7–9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Май 2027 года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</w:tc>
      </w:tr>
    </w:tbl>
    <w:p w:rsidR="00726B0A" w:rsidRPr="00B95DA9" w:rsidRDefault="00726B0A">
      <w:pPr>
        <w:spacing w:after="0"/>
        <w:rPr>
          <w:lang w:val="ru-RU"/>
        </w:rPr>
      </w:pPr>
    </w:p>
    <w:p w:rsidR="00726B0A" w:rsidRPr="009B703A" w:rsidRDefault="00726B0A">
      <w:pPr>
        <w:spacing w:after="0"/>
        <w:rPr>
          <w:lang w:val="ru-RU"/>
        </w:rPr>
      </w:pPr>
    </w:p>
    <w:p w:rsidR="00726B0A" w:rsidRDefault="000C4DE0">
      <w:pPr>
        <w:spacing w:before="180" w:after="80"/>
        <w:jc w:val="center"/>
      </w:pPr>
      <w:r>
        <w:rPr>
          <w:b/>
          <w:sz w:val="22"/>
        </w:rPr>
        <w:t>ВАРИАТИВНЫЙ МОДУЛЬ «ЭКСКУРСИИ, ПОХОДЫ»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765"/>
        <w:gridCol w:w="1928"/>
        <w:gridCol w:w="2580"/>
      </w:tblGrid>
      <w:tr w:rsidR="00726B0A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Дела, события, мероприятия</w:t>
            </w:r>
          </w:p>
        </w:tc>
        <w:tc>
          <w:tcPr>
            <w:tcW w:w="765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Классы</w:t>
            </w:r>
          </w:p>
        </w:tc>
        <w:tc>
          <w:tcPr>
            <w:tcW w:w="1928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Сроки реализации</w:t>
            </w:r>
          </w:p>
        </w:tc>
        <w:tc>
          <w:tcPr>
            <w:tcW w:w="2580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Ответственные исполнители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Прогулка-наблюдение «Осень в родном крае»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5–6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Сентябрь–октябрь 2026 года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Учителя основной школы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Экскурсия в библиотеку «Царство книг»</w:t>
            </w:r>
          </w:p>
        </w:tc>
        <w:tc>
          <w:tcPr>
            <w:tcW w:w="765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1–3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Октябрь 2026 года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Школьный библиотекарь; классные руководители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Экскурсия в краеведческий музей «История родного края»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6–9</w:t>
            </w:r>
          </w:p>
        </w:tc>
        <w:tc>
          <w:tcPr>
            <w:tcW w:w="1928" w:type="dxa"/>
            <w:vAlign w:val="center"/>
          </w:tcPr>
          <w:p w:rsidR="00726B0A" w:rsidRPr="00B95DA9" w:rsidRDefault="000C4DE0">
            <w:pPr>
              <w:jc w:val="center"/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Ноябрь 2026 года или апрель 2027 года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Классные руководители; музейные работники — по согласованию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Экскурсия в пожарно-спасательное подразделение «Профессия — спасатель»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6–9</w:t>
            </w:r>
          </w:p>
        </w:tc>
        <w:tc>
          <w:tcPr>
            <w:tcW w:w="1928" w:type="dxa"/>
            <w:vAlign w:val="center"/>
          </w:tcPr>
          <w:p w:rsidR="00726B0A" w:rsidRPr="00B95DA9" w:rsidRDefault="000C4DE0">
            <w:pPr>
              <w:jc w:val="center"/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По согласованию, один раз в учебном году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Ответственный за комплексную безопасность; классные руководители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Виртуальная экскурсия по музеям России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Январь 2027 года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Учителя основной школы; школьный библиотекарь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Краеведческая прогулка «Улицы нашего населённого пункта»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7–9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Апрель 2027 года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Учителя основной школы; руководитель школьного музея (при наличии)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Default="000C4DE0">
            <w:r>
              <w:rPr>
                <w:sz w:val="16"/>
              </w:rPr>
              <w:t>Экологическая тропа «Пробуждение природы»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Апрель–май 2027 года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Учителя основной школы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Однодневный туристский выход при наличии необходимых условий и подготовленных ответственных специалистов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7–9</w:t>
            </w:r>
          </w:p>
        </w:tc>
        <w:tc>
          <w:tcPr>
            <w:tcW w:w="1928" w:type="dxa"/>
            <w:vAlign w:val="center"/>
          </w:tcPr>
          <w:p w:rsidR="00726B0A" w:rsidRPr="00B95DA9" w:rsidRDefault="000C4DE0">
            <w:pPr>
              <w:jc w:val="center"/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Сентябрь 2026 года или май 2027 года, по отдельному приказу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Ответственный педагогический работник; классные руководители</w:t>
            </w:r>
          </w:p>
        </w:tc>
      </w:tr>
    </w:tbl>
    <w:p w:rsidR="00726B0A" w:rsidRPr="00192CA6" w:rsidRDefault="00726B0A">
      <w:pPr>
        <w:spacing w:after="0"/>
        <w:rPr>
          <w:lang w:val="ru-RU"/>
        </w:rPr>
      </w:pPr>
    </w:p>
    <w:p w:rsidR="00726B0A" w:rsidRDefault="000C4DE0">
      <w:pPr>
        <w:spacing w:before="180" w:after="80"/>
        <w:jc w:val="center"/>
      </w:pPr>
      <w:r>
        <w:rPr>
          <w:b/>
          <w:sz w:val="22"/>
        </w:rPr>
        <w:t>ВАРИАТИВНЫЙ МОДУЛЬ «ТРУДОВАЯ ДЕЯТЕЛЬНОСТЬ»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765"/>
        <w:gridCol w:w="1928"/>
        <w:gridCol w:w="2580"/>
      </w:tblGrid>
      <w:tr w:rsidR="00726B0A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Дела, события, мероприятия</w:t>
            </w:r>
          </w:p>
        </w:tc>
        <w:tc>
          <w:tcPr>
            <w:tcW w:w="765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Классы</w:t>
            </w:r>
          </w:p>
        </w:tc>
        <w:tc>
          <w:tcPr>
            <w:tcW w:w="1928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Сроки реализации</w:t>
            </w:r>
          </w:p>
        </w:tc>
        <w:tc>
          <w:tcPr>
            <w:tcW w:w="2580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Ответственные исполнители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Беседа-практикум «Почему труд важен»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5–6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Сентябрь 2026 года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Классные руководители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Default="000C4DE0">
            <w:r>
              <w:rPr>
                <w:sz w:val="16"/>
              </w:rPr>
              <w:t>Проект «Профессии моей семьи»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7–9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Октябрь 2026 года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Классные руководители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Творческие мастерские с природными материалами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Сентябрь–октябрь 2026 года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Учителя основной школы; учитель изобразительного искусства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Изготовление закладок, открыток, кормушек и других полезных изделий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6–9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Ноябрь–декабрь 2026 года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Учителя основной школы; педагог дополнительного образования (при наличии)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Поддержание порядка на личном рабочем месте и в пространствах ученических инициатив в безопасных возрастосообразных формах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Pr="00B95DA9" w:rsidRDefault="000C4DE0">
            <w:pPr>
              <w:jc w:val="center"/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В течение учебного года, в безопасных возрастосообразных формах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Классные руководители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Экологическая акция «Зелёный школьный двор»: посадка и уход за растениями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6–9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Апрель–май 2027 года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Учителя основной школы; ответственный работник школы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Default="000C4DE0">
            <w:r>
              <w:rPr>
                <w:sz w:val="16"/>
              </w:rPr>
              <w:t>Выставка «Сделано своими руками»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Март 2027 года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Учитель изобразительного искусства; педагог-организатор</w:t>
            </w:r>
          </w:p>
        </w:tc>
      </w:tr>
    </w:tbl>
    <w:p w:rsidR="00726B0A" w:rsidRPr="00B95DA9" w:rsidRDefault="00726B0A">
      <w:pPr>
        <w:spacing w:after="0"/>
        <w:rPr>
          <w:lang w:val="ru-RU"/>
        </w:rPr>
      </w:pPr>
    </w:p>
    <w:p w:rsidR="00726B0A" w:rsidRPr="00B95DA9" w:rsidRDefault="000C4DE0">
      <w:pPr>
        <w:spacing w:before="180" w:after="80"/>
        <w:jc w:val="center"/>
        <w:rPr>
          <w:lang w:val="ru-RU"/>
        </w:rPr>
      </w:pPr>
      <w:r w:rsidRPr="00B95DA9">
        <w:rPr>
          <w:b/>
          <w:sz w:val="22"/>
          <w:lang w:val="ru-RU"/>
        </w:rPr>
        <w:t xml:space="preserve">ВАРИАТИВНЫЙ МОДУЛЬ «ШКОЛЬНЫЙ ТЕАТР» 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765"/>
        <w:gridCol w:w="1928"/>
        <w:gridCol w:w="2580"/>
      </w:tblGrid>
      <w:tr w:rsidR="00726B0A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Дела, события, мероприятия</w:t>
            </w:r>
          </w:p>
        </w:tc>
        <w:tc>
          <w:tcPr>
            <w:tcW w:w="765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Классы</w:t>
            </w:r>
          </w:p>
        </w:tc>
        <w:tc>
          <w:tcPr>
            <w:tcW w:w="1928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Сроки реализации</w:t>
            </w:r>
          </w:p>
        </w:tc>
        <w:tc>
          <w:tcPr>
            <w:tcW w:w="2580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Ответственные исполнители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Набор и организационные встречи театральной студии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Сентябрь 2026 года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Руководитель школьного театра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Основы актёрского мастерства и сценической речи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Еженедельно по расписанию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Руководитель школьного театра; педагог дополнительного образования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Выбор репертуара на основе сказок и произведений народов России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Октябрь 2026 года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Руководитель школьного театра; учителя основной школы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Подготовка и показ зимней постановки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Ноябрь–декабрь 2026 года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Руководитель школьного театра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Театральная постановка к весеннему празднику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Март 2027 года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Руководитель школьного театра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Default="000C4DE0">
            <w:r>
              <w:rPr>
                <w:sz w:val="16"/>
              </w:rPr>
              <w:t>Школьный театральный фестиваль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Апрель 2027 года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Заместитель директора по воспитательной работе; руководитель школьного театра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Участие в муниципальном театральном конкурсе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7–9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По календарю организаторов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Руководитель школьного театра</w:t>
            </w:r>
          </w:p>
        </w:tc>
      </w:tr>
    </w:tbl>
    <w:p w:rsidR="00726B0A" w:rsidRDefault="00726B0A">
      <w:pPr>
        <w:spacing w:after="0"/>
      </w:pPr>
    </w:p>
    <w:p w:rsidR="00726B0A" w:rsidRPr="00B95DA9" w:rsidRDefault="000C4DE0">
      <w:pPr>
        <w:spacing w:before="180" w:after="80"/>
        <w:jc w:val="center"/>
        <w:rPr>
          <w:lang w:val="ru-RU"/>
        </w:rPr>
      </w:pPr>
      <w:r w:rsidRPr="00B95DA9">
        <w:rPr>
          <w:b/>
          <w:sz w:val="22"/>
          <w:lang w:val="ru-RU"/>
        </w:rPr>
        <w:t xml:space="preserve">ВАРИАТИВНЫЙ МОДУЛЬ «ШКОЛЬНЫЙ МУЗЕЙ» 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765"/>
        <w:gridCol w:w="1928"/>
        <w:gridCol w:w="2580"/>
      </w:tblGrid>
      <w:tr w:rsidR="00726B0A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Дела, события, мероприятия</w:t>
            </w:r>
          </w:p>
        </w:tc>
        <w:tc>
          <w:tcPr>
            <w:tcW w:w="765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Классы</w:t>
            </w:r>
          </w:p>
        </w:tc>
        <w:tc>
          <w:tcPr>
            <w:tcW w:w="1928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Сроки реализации</w:t>
            </w:r>
          </w:p>
        </w:tc>
        <w:tc>
          <w:tcPr>
            <w:tcW w:w="2580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Ответственные исполнители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Обзорная экскурсия «Знакомство с нашим музеем»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Сентябрь 2026 года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Руководитель школьного музея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Тематическая экскурсия «История нашей школы»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6–9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Октябрь 2026 года; март 2027 года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Руководитель школьного музея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Краеведческий проект «История моего района»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7–9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Сентябрь 2026 года — май 2027 года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Руководитель школьного музея; классные руководители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Default="000C4DE0">
            <w:r>
              <w:rPr>
                <w:sz w:val="16"/>
              </w:rPr>
              <w:t>Выставка «Старые школьные принадлежности»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Декабрь 2026 года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Руководитель школьного музея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Проект «История одной семейной реликвии»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7–9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Январь–март 2027 года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Руководитель школьного музея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Выставка «Великая Отечественная война в семейных архивах»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7–9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Апрель–май 2027 года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Руководитель школьного музея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Встреча с ветеранами педагогического труда и местными краеведами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6–9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По согласованию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Руководитель школьного музея</w:t>
            </w:r>
          </w:p>
        </w:tc>
      </w:tr>
    </w:tbl>
    <w:p w:rsidR="00726B0A" w:rsidRDefault="00726B0A">
      <w:pPr>
        <w:spacing w:after="0"/>
      </w:pPr>
    </w:p>
    <w:p w:rsidR="00726B0A" w:rsidRPr="00B95DA9" w:rsidRDefault="000C4DE0">
      <w:pPr>
        <w:spacing w:before="180" w:after="80"/>
        <w:jc w:val="center"/>
        <w:rPr>
          <w:lang w:val="ru-RU"/>
        </w:rPr>
      </w:pPr>
      <w:r w:rsidRPr="00B95DA9">
        <w:rPr>
          <w:b/>
          <w:sz w:val="22"/>
          <w:lang w:val="ru-RU"/>
        </w:rPr>
        <w:t>ВАРИАТИВНЫЙ МОДУЛЬ «ДОБРОВОЛЬЧЕСКАЯ ДЕЯТЕЛЬНОСТЬ (ВОЛОНТЁРСТВО)»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765"/>
        <w:gridCol w:w="1928"/>
        <w:gridCol w:w="2580"/>
      </w:tblGrid>
      <w:tr w:rsidR="00726B0A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Дела, события, мероприятия</w:t>
            </w:r>
          </w:p>
        </w:tc>
        <w:tc>
          <w:tcPr>
            <w:tcW w:w="765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Классы</w:t>
            </w:r>
          </w:p>
        </w:tc>
        <w:tc>
          <w:tcPr>
            <w:tcW w:w="1928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Сроки реализации</w:t>
            </w:r>
          </w:p>
        </w:tc>
        <w:tc>
          <w:tcPr>
            <w:tcW w:w="2580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Ответственные исполнители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Акция заботы о животных «Лапа помощи»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Октябрь 2026 года; март 2027 года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Советник директора по воспитанию и взаимодействию с детскими общественными объединениями; социальный педагог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Экологическая акция по раздельному сбору макулатуры и безопасного вторичного сырья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Один раз в полугодие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Классные руководители; ответственный работник школы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Творческая акция «Открытка добра» для пожилых людей и ветеранов педагогического труда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Pr="00B95DA9" w:rsidRDefault="000C4DE0">
            <w:pPr>
              <w:jc w:val="center"/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Октябрь 2026 года; февраль–май 2027 года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Классные руководители; педагог-организатор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Default="000C4DE0">
            <w:r>
              <w:rPr>
                <w:sz w:val="16"/>
              </w:rPr>
              <w:lastRenderedPageBreak/>
              <w:t>Проект «Книжка в подарок»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Декабрь 2026 года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Школьный библиотекарь; социальный педагог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Благотворительная ярмарка детских творческих работ при наличии локального порядка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Pr="00B95DA9" w:rsidRDefault="000C4DE0">
            <w:pPr>
              <w:jc w:val="center"/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Декабрь 2026 года или апрель 2027 года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Заместитель директора по воспитательной работе; педагог-организатор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Default="000C4DE0">
            <w:r>
              <w:rPr>
                <w:sz w:val="16"/>
              </w:rPr>
              <w:t>День добрых дел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По календарю организаторов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Итоговая встреча «Маленькие дела — большая помощь»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6–9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Май 2027 года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Советник директора по воспитанию и взаимодействию с детскими общественными объединениями</w:t>
            </w:r>
          </w:p>
        </w:tc>
      </w:tr>
    </w:tbl>
    <w:p w:rsidR="00726B0A" w:rsidRPr="00B95DA9" w:rsidRDefault="00726B0A">
      <w:pPr>
        <w:spacing w:after="0"/>
        <w:rPr>
          <w:lang w:val="ru-RU"/>
        </w:rPr>
      </w:pPr>
    </w:p>
    <w:p w:rsidR="00726B0A" w:rsidRPr="00B95DA9" w:rsidRDefault="000C4DE0">
      <w:pPr>
        <w:spacing w:before="180" w:after="80"/>
        <w:jc w:val="center"/>
        <w:rPr>
          <w:lang w:val="ru-RU"/>
        </w:rPr>
      </w:pPr>
      <w:r w:rsidRPr="00B95DA9">
        <w:rPr>
          <w:b/>
          <w:sz w:val="22"/>
          <w:lang w:val="ru-RU"/>
        </w:rPr>
        <w:t xml:space="preserve">ВАРИАТИВНЫЙ МОДУЛЬ «ШКОЛЬНЫЕ СПОРТИВНЫЕ КЛУБЫ» 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765"/>
        <w:gridCol w:w="1928"/>
        <w:gridCol w:w="2580"/>
      </w:tblGrid>
      <w:tr w:rsidR="00726B0A">
        <w:trPr>
          <w:tblHeader/>
          <w:jc w:val="center"/>
        </w:trPr>
        <w:tc>
          <w:tcPr>
            <w:tcW w:w="4592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Дела, события, мероприятия</w:t>
            </w:r>
          </w:p>
        </w:tc>
        <w:tc>
          <w:tcPr>
            <w:tcW w:w="765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Классы</w:t>
            </w:r>
          </w:p>
        </w:tc>
        <w:tc>
          <w:tcPr>
            <w:tcW w:w="1928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Сроки реализации</w:t>
            </w:r>
          </w:p>
        </w:tc>
        <w:tc>
          <w:tcPr>
            <w:tcW w:w="2580" w:type="dxa"/>
            <w:shd w:val="clear" w:color="auto" w:fill="D9EAF7"/>
            <w:vAlign w:val="center"/>
          </w:tcPr>
          <w:p w:rsidR="00726B0A" w:rsidRDefault="000C4DE0">
            <w:pPr>
              <w:jc w:val="center"/>
            </w:pPr>
            <w:r>
              <w:rPr>
                <w:b/>
                <w:sz w:val="16"/>
              </w:rPr>
              <w:t>Ответственные исполнители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Работа спортивных секций школьного спортивного клуба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Pr="00B95DA9" w:rsidRDefault="000C4DE0">
            <w:pPr>
              <w:jc w:val="center"/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В течение учебного года по расписанию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Руководитель школьного спортивного клуба; учитель физической культуры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День здоровья «Движение — это жизнь»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Сентябрь 2026 года; апрель 2027 года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Учитель физической культуры; классные руководители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Default="000C4DE0">
            <w:r>
              <w:rPr>
                <w:sz w:val="16"/>
              </w:rPr>
              <w:t>Турнир по мини-футболу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7–9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Ноябрь 2026 года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Учитель физической культуры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Default="000C4DE0">
            <w:r>
              <w:rPr>
                <w:sz w:val="16"/>
              </w:rPr>
              <w:t>«Весёлые старты»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Pr="00B95DA9" w:rsidRDefault="000C4DE0">
            <w:pPr>
              <w:jc w:val="center"/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Один раз в полугодие, по графику параллелей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Учитель физической культуры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Default="000C4DE0">
            <w:r>
              <w:rPr>
                <w:sz w:val="16"/>
              </w:rPr>
              <w:t>Шахматный турнир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6–9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Март 2027 года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Педагог дополнительного образования (при наличии)</w:t>
            </w:r>
          </w:p>
        </w:tc>
      </w:tr>
      <w:tr w:rsidR="00726B0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Подготовка и участие в мероприятиях комплекса ГТО с учётом возраста и медицинского допуска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6–9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Апрель–май 2027 года</w:t>
            </w:r>
          </w:p>
        </w:tc>
        <w:tc>
          <w:tcPr>
            <w:tcW w:w="2580" w:type="dxa"/>
            <w:vAlign w:val="center"/>
          </w:tcPr>
          <w:p w:rsidR="00726B0A" w:rsidRDefault="000C4DE0">
            <w:r>
              <w:rPr>
                <w:sz w:val="16"/>
              </w:rPr>
              <w:t>Учитель физической культуры</w:t>
            </w:r>
          </w:p>
        </w:tc>
      </w:tr>
      <w:tr w:rsidR="00726B0A" w:rsidRPr="009B703A">
        <w:trPr>
          <w:jc w:val="center"/>
        </w:trPr>
        <w:tc>
          <w:tcPr>
            <w:tcW w:w="4592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Спортивные мастер-классы с приглашёнными тренерами</w:t>
            </w:r>
          </w:p>
        </w:tc>
        <w:tc>
          <w:tcPr>
            <w:tcW w:w="765" w:type="dxa"/>
            <w:vAlign w:val="center"/>
          </w:tcPr>
          <w:p w:rsidR="00726B0A" w:rsidRDefault="000C4DE0">
            <w:r>
              <w:rPr>
                <w:sz w:val="16"/>
              </w:rPr>
              <w:t>5–9</w:t>
            </w:r>
          </w:p>
        </w:tc>
        <w:tc>
          <w:tcPr>
            <w:tcW w:w="1928" w:type="dxa"/>
            <w:vAlign w:val="center"/>
          </w:tcPr>
          <w:p w:rsidR="00726B0A" w:rsidRDefault="000C4DE0">
            <w:pPr>
              <w:jc w:val="center"/>
            </w:pPr>
            <w:r>
              <w:rPr>
                <w:sz w:val="16"/>
              </w:rPr>
              <w:t>Один раз в полугодие</w:t>
            </w:r>
          </w:p>
        </w:tc>
        <w:tc>
          <w:tcPr>
            <w:tcW w:w="2580" w:type="dxa"/>
            <w:vAlign w:val="center"/>
          </w:tcPr>
          <w:p w:rsidR="00726B0A" w:rsidRPr="00B95DA9" w:rsidRDefault="000C4DE0">
            <w:pPr>
              <w:rPr>
                <w:lang w:val="ru-RU"/>
              </w:rPr>
            </w:pPr>
            <w:r w:rsidRPr="00B95DA9">
              <w:rPr>
                <w:sz w:val="16"/>
                <w:lang w:val="ru-RU"/>
              </w:rPr>
              <w:t>Учитель физической культуры; тренеры — по согласованию</w:t>
            </w:r>
          </w:p>
        </w:tc>
      </w:tr>
    </w:tbl>
    <w:p w:rsidR="00726B0A" w:rsidRPr="00B95DA9" w:rsidRDefault="00726B0A">
      <w:pPr>
        <w:spacing w:after="0"/>
        <w:rPr>
          <w:lang w:val="ru-RU"/>
        </w:rPr>
      </w:pPr>
    </w:p>
    <w:p w:rsidR="00726B0A" w:rsidRPr="009B703A" w:rsidRDefault="00726B0A">
      <w:pPr>
        <w:spacing w:after="0"/>
        <w:rPr>
          <w:lang w:val="ru-RU"/>
        </w:rPr>
      </w:pPr>
    </w:p>
    <w:p w:rsidR="00726B0A" w:rsidRPr="00B95DA9" w:rsidRDefault="000C4DE0">
      <w:pPr>
        <w:pStyle w:val="1"/>
        <w:rPr>
          <w:lang w:val="ru-RU"/>
        </w:rPr>
      </w:pPr>
      <w:r w:rsidRPr="00B95DA9">
        <w:rPr>
          <w:lang w:val="ru-RU"/>
        </w:rPr>
        <w:t>Организационные условия реализации календарного плана воспитательной работы</w:t>
      </w:r>
    </w:p>
    <w:p w:rsidR="00726B0A" w:rsidRPr="00B95DA9" w:rsidRDefault="000C4DE0">
      <w:pPr>
        <w:ind w:left="340" w:hanging="340"/>
        <w:rPr>
          <w:lang w:val="ru-RU"/>
        </w:rPr>
      </w:pPr>
      <w:r w:rsidRPr="00B95DA9">
        <w:rPr>
          <w:b/>
          <w:lang w:val="ru-RU"/>
        </w:rPr>
        <w:t xml:space="preserve">1. </w:t>
      </w:r>
      <w:r w:rsidRPr="00B95DA9">
        <w:rPr>
          <w:lang w:val="ru-RU"/>
        </w:rPr>
        <w:t>План реализуется в соответствии с рабочей программой воспитания и календарным учебным графиком образовательной организации.</w:t>
      </w:r>
    </w:p>
    <w:p w:rsidR="00726B0A" w:rsidRPr="00B95DA9" w:rsidRDefault="000C4DE0">
      <w:pPr>
        <w:ind w:left="340" w:hanging="340"/>
        <w:rPr>
          <w:lang w:val="ru-RU"/>
        </w:rPr>
      </w:pPr>
      <w:r w:rsidRPr="00B95DA9">
        <w:rPr>
          <w:b/>
          <w:lang w:val="ru-RU"/>
        </w:rPr>
        <w:t xml:space="preserve">2. </w:t>
      </w:r>
      <w:r w:rsidRPr="00B95DA9">
        <w:rPr>
          <w:lang w:val="ru-RU"/>
        </w:rPr>
        <w:t>Конкретные даты мероприятий могут уточняться отдельными приказами, графиками и планами.</w:t>
      </w:r>
    </w:p>
    <w:p w:rsidR="00726B0A" w:rsidRPr="00B95DA9" w:rsidRDefault="000C4DE0">
      <w:pPr>
        <w:ind w:left="340" w:hanging="340"/>
        <w:rPr>
          <w:lang w:val="ru-RU"/>
        </w:rPr>
      </w:pPr>
      <w:r w:rsidRPr="00B95DA9">
        <w:rPr>
          <w:b/>
          <w:lang w:val="ru-RU"/>
        </w:rPr>
        <w:t xml:space="preserve">3. </w:t>
      </w:r>
      <w:r w:rsidRPr="00B95DA9">
        <w:rPr>
          <w:lang w:val="ru-RU"/>
        </w:rPr>
        <w:t>Мероприятия, приходящиеся на выходные и нерабочие праздничные дни, проводятся накануне, в ближайший учебный день либо в течение тематической недели.</w:t>
      </w:r>
    </w:p>
    <w:p w:rsidR="00726B0A" w:rsidRPr="00B95DA9" w:rsidRDefault="000C4DE0">
      <w:pPr>
        <w:ind w:left="340" w:hanging="340"/>
        <w:rPr>
          <w:lang w:val="ru-RU"/>
        </w:rPr>
      </w:pPr>
      <w:r w:rsidRPr="00B95DA9">
        <w:rPr>
          <w:b/>
          <w:lang w:val="ru-RU"/>
        </w:rPr>
        <w:t xml:space="preserve">4. </w:t>
      </w:r>
      <w:r w:rsidRPr="00B95DA9">
        <w:rPr>
          <w:lang w:val="ru-RU"/>
        </w:rPr>
        <w:t>При проведении экскурсий, походов, соревнований и иных выездных мероприятий оформляются необходимые распорядительные документы, проводятся инструктажи и обеспечивается сопровождение.</w:t>
      </w:r>
    </w:p>
    <w:p w:rsidR="00726B0A" w:rsidRPr="00B95DA9" w:rsidRDefault="000C4DE0">
      <w:pPr>
        <w:ind w:left="340" w:hanging="340"/>
        <w:rPr>
          <w:lang w:val="ru-RU"/>
        </w:rPr>
      </w:pPr>
      <w:r w:rsidRPr="00B95DA9">
        <w:rPr>
          <w:b/>
          <w:lang w:val="ru-RU"/>
        </w:rPr>
        <w:t xml:space="preserve">5. </w:t>
      </w:r>
      <w:r w:rsidRPr="00B95DA9">
        <w:rPr>
          <w:lang w:val="ru-RU"/>
        </w:rPr>
        <w:t>Обеспечивается соблюдение требований безопасности, охраны здоровья и санитарных требований.</w:t>
      </w:r>
    </w:p>
    <w:p w:rsidR="00726B0A" w:rsidRPr="00B95DA9" w:rsidRDefault="000C4DE0">
      <w:pPr>
        <w:ind w:left="340" w:hanging="340"/>
        <w:rPr>
          <w:lang w:val="ru-RU"/>
        </w:rPr>
      </w:pPr>
      <w:r w:rsidRPr="00B95DA9">
        <w:rPr>
          <w:b/>
          <w:lang w:val="ru-RU"/>
        </w:rPr>
        <w:t xml:space="preserve">6. </w:t>
      </w:r>
      <w:r w:rsidRPr="00B95DA9">
        <w:rPr>
          <w:lang w:val="ru-RU"/>
        </w:rPr>
        <w:t>Участие родителей (законных представителей), социальных партнёров и приглашённых специалистов осуществляется добровольно и по согласованию.</w:t>
      </w:r>
    </w:p>
    <w:p w:rsidR="00726B0A" w:rsidRPr="00B95DA9" w:rsidRDefault="000C4DE0">
      <w:pPr>
        <w:ind w:left="340" w:hanging="340"/>
        <w:rPr>
          <w:lang w:val="ru-RU"/>
        </w:rPr>
      </w:pPr>
      <w:r w:rsidRPr="00B95DA9">
        <w:rPr>
          <w:b/>
          <w:lang w:val="ru-RU"/>
        </w:rPr>
        <w:t xml:space="preserve">7. </w:t>
      </w:r>
      <w:r w:rsidRPr="00B95DA9">
        <w:rPr>
          <w:lang w:val="ru-RU"/>
        </w:rPr>
        <w:t>Учитываются возрастные, индивидуальные и особые образовательные потребности обучающихся. Для обучающихся с ОВЗ и инвалидностью создаются специальные условия.</w:t>
      </w:r>
    </w:p>
    <w:p w:rsidR="00726B0A" w:rsidRPr="00B95DA9" w:rsidRDefault="000C4DE0">
      <w:pPr>
        <w:ind w:left="340" w:hanging="340"/>
        <w:rPr>
          <w:lang w:val="ru-RU"/>
        </w:rPr>
      </w:pPr>
      <w:r w:rsidRPr="00B95DA9">
        <w:rPr>
          <w:b/>
          <w:lang w:val="ru-RU"/>
        </w:rPr>
        <w:t xml:space="preserve">8. </w:t>
      </w:r>
      <w:r w:rsidRPr="00B95DA9">
        <w:rPr>
          <w:lang w:val="ru-RU"/>
        </w:rPr>
        <w:t>При создании и публикации фото-, аудио- и видеоматериалов соблюдаются требования законодательства о персональных данных, об охране изображения гражданина и локальные акты школы.</w:t>
      </w:r>
    </w:p>
    <w:p w:rsidR="00726B0A" w:rsidRPr="00B95DA9" w:rsidRDefault="000C4DE0">
      <w:pPr>
        <w:ind w:left="340" w:hanging="340"/>
        <w:rPr>
          <w:lang w:val="ru-RU"/>
        </w:rPr>
      </w:pPr>
      <w:r w:rsidRPr="00B95DA9">
        <w:rPr>
          <w:b/>
          <w:lang w:val="ru-RU"/>
        </w:rPr>
        <w:t xml:space="preserve">9. </w:t>
      </w:r>
      <w:r w:rsidRPr="00B95DA9">
        <w:rPr>
          <w:lang w:val="ru-RU"/>
        </w:rPr>
        <w:t>Мероприятия календарного плана не должны приводить к превышению допустимой образовательной нагрузки.</w:t>
      </w:r>
    </w:p>
    <w:p w:rsidR="00726B0A" w:rsidRPr="00B95DA9" w:rsidRDefault="000C4DE0">
      <w:pPr>
        <w:ind w:left="340" w:hanging="340"/>
        <w:rPr>
          <w:lang w:val="ru-RU"/>
        </w:rPr>
      </w:pPr>
      <w:r w:rsidRPr="00B95DA9">
        <w:rPr>
          <w:b/>
          <w:lang w:val="ru-RU"/>
        </w:rPr>
        <w:lastRenderedPageBreak/>
        <w:t xml:space="preserve">10. </w:t>
      </w:r>
      <w:r w:rsidRPr="00B95DA9">
        <w:rPr>
          <w:lang w:val="ru-RU"/>
        </w:rPr>
        <w:t>План может корректироваться в течение учебного года приказом директора с учётом изменений федеральных, региональных и муниципальных календарей, погодных условий, требований безопасности и фактических возможностей школы.</w:t>
      </w:r>
    </w:p>
    <w:p w:rsidR="00726B0A" w:rsidRPr="00B95DA9" w:rsidRDefault="000C4DE0">
      <w:pPr>
        <w:ind w:left="340" w:hanging="340"/>
        <w:rPr>
          <w:lang w:val="ru-RU"/>
        </w:rPr>
      </w:pPr>
      <w:r w:rsidRPr="00B95DA9">
        <w:rPr>
          <w:b/>
          <w:lang w:val="ru-RU"/>
        </w:rPr>
        <w:t xml:space="preserve">11. </w:t>
      </w:r>
      <w:r w:rsidRPr="00B95DA9">
        <w:rPr>
          <w:lang w:val="ru-RU"/>
        </w:rPr>
        <w:t>Памятные, праздничные и юбилейные даты перед утверждением плана повторно сверяются с официальными источниками и календарём образовательных событий на 2026/2027 учебный год.</w:t>
      </w:r>
    </w:p>
    <w:p w:rsidR="00726B0A" w:rsidRPr="00B95DA9" w:rsidRDefault="000C4DE0">
      <w:pPr>
        <w:ind w:left="340" w:hanging="340"/>
        <w:rPr>
          <w:lang w:val="ru-RU"/>
        </w:rPr>
      </w:pPr>
      <w:r w:rsidRPr="00B95DA9">
        <w:rPr>
          <w:b/>
          <w:lang w:val="ru-RU"/>
        </w:rPr>
        <w:t xml:space="preserve">12. </w:t>
      </w:r>
      <w:r w:rsidRPr="00B95DA9">
        <w:rPr>
          <w:lang w:val="ru-RU"/>
        </w:rPr>
        <w:t>После официального опубликования федерального календарного плана воспитательной работы на 2026/2027 учебный год план школы сопоставляется с ним и при необходимости корректируется.</w:t>
      </w:r>
    </w:p>
    <w:p w:rsidR="00726B0A" w:rsidRPr="00B95DA9" w:rsidRDefault="00726B0A">
      <w:pPr>
        <w:rPr>
          <w:lang w:val="ru-RU"/>
        </w:rPr>
      </w:pPr>
    </w:p>
    <w:p w:rsidR="00726B0A" w:rsidRPr="00B95DA9" w:rsidRDefault="000C4DE0">
      <w:pPr>
        <w:rPr>
          <w:lang w:val="ru-RU"/>
        </w:rPr>
      </w:pPr>
      <w:r w:rsidRPr="00B95DA9">
        <w:rPr>
          <w:lang w:val="ru-RU"/>
        </w:rPr>
        <w:t>Профориентационная работа в 6–9 классах организуется в соответствии с Единой моделью профориентации, включая курс «Россия — мои горизонты», профессиональные пробы, экскурсии, диагностику интересов и информационное сопровождение выбора дальнейшего образовательного маршрута.</w:t>
      </w:r>
    </w:p>
    <w:p w:rsidR="00726B0A" w:rsidRPr="00B95DA9" w:rsidRDefault="000C4DE0">
      <w:pPr>
        <w:rPr>
          <w:lang w:val="ru-RU"/>
        </w:rPr>
      </w:pPr>
      <w:r w:rsidRPr="00B95DA9">
        <w:rPr>
          <w:lang w:val="ru-RU"/>
        </w:rPr>
        <w:t>Заместитель директора по воспитательной работе ____________ /Ф.И.О./</w:t>
      </w:r>
    </w:p>
    <w:p w:rsidR="00726B0A" w:rsidRPr="00B95DA9" w:rsidRDefault="000C4DE0">
      <w:pPr>
        <w:rPr>
          <w:lang w:val="ru-RU"/>
        </w:rPr>
      </w:pPr>
      <w:r w:rsidRPr="00B95DA9">
        <w:rPr>
          <w:lang w:val="ru-RU"/>
        </w:rPr>
        <w:t>Заместитель директора по учебно-воспитательной работе ____________ /Ф.И.О./</w:t>
      </w:r>
    </w:p>
    <w:p w:rsidR="00726B0A" w:rsidRPr="00B95DA9" w:rsidRDefault="00726B0A">
      <w:pPr>
        <w:rPr>
          <w:lang w:val="ru-RU"/>
        </w:rPr>
      </w:pPr>
    </w:p>
    <w:p w:rsidR="00726B0A" w:rsidRPr="00B95DA9" w:rsidRDefault="000C4DE0">
      <w:pPr>
        <w:rPr>
          <w:lang w:val="ru-RU"/>
        </w:rPr>
      </w:pPr>
      <w:r w:rsidRPr="00B95DA9">
        <w:rPr>
          <w:lang w:val="ru-RU"/>
        </w:rPr>
        <w:t>Рассмотрено на заседании педагогического совета</w:t>
      </w:r>
    </w:p>
    <w:p w:rsidR="00442AA4" w:rsidRPr="00B95DA9" w:rsidRDefault="000C4DE0">
      <w:pPr>
        <w:rPr>
          <w:lang w:val="ru-RU"/>
        </w:rPr>
      </w:pPr>
      <w:r w:rsidRPr="00B95DA9">
        <w:rPr>
          <w:lang w:val="ru-RU"/>
        </w:rPr>
        <w:t xml:space="preserve">протокол от «___» __________ 2026 г. </w:t>
      </w:r>
      <w:r w:rsidR="008F0561">
        <w:rPr>
          <w:lang w:val="ru-RU"/>
        </w:rPr>
        <w:t xml:space="preserve"> </w:t>
      </w:r>
      <w:r w:rsidRPr="00B95DA9">
        <w:rPr>
          <w:lang w:val="ru-RU"/>
        </w:rPr>
        <w:t>№ ___</w:t>
      </w:r>
    </w:p>
    <w:p w:rsidR="00442AA4" w:rsidRPr="00B95DA9" w:rsidRDefault="00442AA4" w:rsidP="00442AA4">
      <w:pPr>
        <w:rPr>
          <w:lang w:val="ru-RU"/>
        </w:rPr>
      </w:pPr>
    </w:p>
    <w:p w:rsidR="00726B0A" w:rsidRPr="00442AA4" w:rsidRDefault="00726B0A" w:rsidP="00442AA4"/>
    <w:sectPr w:rsidR="00726B0A" w:rsidRPr="00442AA4" w:rsidSect="00034616">
      <w:footerReference w:type="default" r:id="rId8"/>
      <w:pgSz w:w="12240" w:h="15840"/>
      <w:pgMar w:top="794" w:right="765" w:bottom="794" w:left="76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52D2" w:rsidRDefault="002552D2">
      <w:pPr>
        <w:spacing w:after="0" w:line="240" w:lineRule="auto"/>
      </w:pPr>
      <w:r>
        <w:separator/>
      </w:r>
    </w:p>
  </w:endnote>
  <w:endnote w:type="continuationSeparator" w:id="0">
    <w:p w:rsidR="002552D2" w:rsidRDefault="002552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CA6" w:rsidRDefault="00192CA6">
    <w:pPr>
      <w:pStyle w:val="a7"/>
      <w:jc w:val="center"/>
    </w:pPr>
    <w:r>
      <w:fldChar w:fldCharType="begin"/>
    </w:r>
    <w:r>
      <w:instrText>PAGE</w:instrText>
    </w:r>
    <w:r>
      <w:fldChar w:fldCharType="separate"/>
    </w:r>
    <w:r w:rsidR="009B703A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52D2" w:rsidRDefault="002552D2">
      <w:pPr>
        <w:spacing w:after="0" w:line="240" w:lineRule="auto"/>
      </w:pPr>
      <w:r>
        <w:separator/>
      </w:r>
    </w:p>
  </w:footnote>
  <w:footnote w:type="continuationSeparator" w:id="0">
    <w:p w:rsidR="002552D2" w:rsidRDefault="002552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A1913"/>
    <w:rsid w:val="000C4DE0"/>
    <w:rsid w:val="0015074B"/>
    <w:rsid w:val="00192CA6"/>
    <w:rsid w:val="002552D2"/>
    <w:rsid w:val="0029639D"/>
    <w:rsid w:val="002B7EF6"/>
    <w:rsid w:val="00326F90"/>
    <w:rsid w:val="00430908"/>
    <w:rsid w:val="00442AA4"/>
    <w:rsid w:val="00726B0A"/>
    <w:rsid w:val="008F0561"/>
    <w:rsid w:val="009B703A"/>
    <w:rsid w:val="00A141AA"/>
    <w:rsid w:val="00AA1D8D"/>
    <w:rsid w:val="00B47730"/>
    <w:rsid w:val="00B859F2"/>
    <w:rsid w:val="00B95DA9"/>
    <w:rsid w:val="00CB0664"/>
    <w:rsid w:val="00F669D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B5BD26"/>
  <w14:defaultImageDpi w14:val="300"/>
  <w15:docId w15:val="{10246011-865E-4C51-B459-3F2CC2391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442AA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1D31BA4-AD76-448C-BADD-8F002C879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11</Pages>
  <Words>5332</Words>
  <Characters>30396</Characters>
  <Application>Microsoft Office Word</Application>
  <DocSecurity>0</DocSecurity>
  <Lines>253</Lines>
  <Paragraphs>71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35657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Учитель</cp:lastModifiedBy>
  <cp:revision>5</cp:revision>
  <dcterms:created xsi:type="dcterms:W3CDTF">2013-12-23T23:15:00Z</dcterms:created>
  <dcterms:modified xsi:type="dcterms:W3CDTF">2026-10-16T05:35:00Z</dcterms:modified>
  <cp:category/>
</cp:coreProperties>
</file>